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2E87" w:rsidP="68F72208" w:rsidRDefault="00636324" w14:paraId="5DEFACD2" w14:textId="77777777">
      <w:pPr>
        <w:jc w:val="center"/>
        <w:rPr>
          <w:b w:val="1"/>
          <w:bCs w:val="1"/>
          <w:color w:val="92D050"/>
          <w:sz w:val="32"/>
          <w:szCs w:val="32"/>
        </w:rPr>
      </w:pPr>
      <w:r w:rsidRPr="68F72208" w:rsidR="559D73F8">
        <w:rPr>
          <w:b w:val="1"/>
          <w:bCs w:val="1"/>
          <w:color w:val="92D050"/>
          <w:sz w:val="32"/>
          <w:szCs w:val="32"/>
        </w:rPr>
        <w:t>WOLVES SU SOCIETY RISK ASSESSMENT</w:t>
      </w:r>
    </w:p>
    <w:p w:rsidR="000A2E87" w:rsidP="68F72208" w:rsidRDefault="00636324" w14:paraId="4EC5E8F4" w14:textId="67340DFE">
      <w:pPr>
        <w:pStyle w:val="Heading1"/>
        <w:suppressLineNumbers w:val="0"/>
        <w:bidi w:val="0"/>
        <w:spacing w:before="480" w:beforeAutospacing="off" w:after="0" w:afterAutospacing="off" w:line="276" w:lineRule="auto"/>
        <w:ind w:left="0" w:right="0"/>
        <w:jc w:val="left"/>
        <w:rPr>
          <w:color w:val="92D050"/>
        </w:rPr>
      </w:pPr>
      <w:r w:rsidRPr="68F72208" w:rsidR="29FBF8AC">
        <w:rPr>
          <w:color w:val="92D050"/>
        </w:rPr>
        <w:t xml:space="preserve">Risk Assessment: </w:t>
      </w:r>
      <w:r w:rsidRPr="68F72208" w:rsidR="72CF1908">
        <w:rPr>
          <w:color w:val="92D050"/>
        </w:rPr>
        <w:t>(NAME)</w:t>
      </w:r>
    </w:p>
    <w:tbl>
      <w:tblPr>
        <w:tblStyle w:val="TableGrid"/>
        <w:tblW w:w="0" w:type="auto"/>
        <w:jc w:val="center"/>
        <w:tblLook w:val="04A0" w:firstRow="1" w:lastRow="0" w:firstColumn="1" w:lastColumn="0" w:noHBand="0" w:noVBand="1"/>
      </w:tblPr>
      <w:tblGrid>
        <w:gridCol w:w="2952"/>
        <w:gridCol w:w="11520"/>
      </w:tblGrid>
      <w:tr w:rsidR="000A2E87" w:rsidTr="29B039F5" w14:paraId="76FF32D5" w14:textId="77777777">
        <w:trPr>
          <w:jc w:val="center"/>
        </w:trPr>
        <w:tc>
          <w:tcPr>
            <w:tcW w:w="3024" w:type="dxa"/>
            <w:tcMar/>
          </w:tcPr>
          <w:p w:rsidR="000A2E87" w:rsidRDefault="00636324" w14:paraId="1986AB5D" w14:textId="77777777">
            <w:r>
              <w:rPr>
                <w:b/>
                <w:sz w:val="17"/>
              </w:rPr>
              <w:t>Society</w:t>
            </w:r>
          </w:p>
        </w:tc>
        <w:tc>
          <w:tcPr>
            <w:tcW w:w="11952" w:type="dxa"/>
            <w:tcMar/>
          </w:tcPr>
          <w:p w:rsidR="000A2E87" w:rsidP="29B039F5" w:rsidRDefault="00636324" w14:paraId="5E68D6A4" w14:textId="79814638">
            <w:pPr>
              <w:rPr>
                <w:sz w:val="17"/>
                <w:szCs w:val="17"/>
              </w:rPr>
            </w:pPr>
          </w:p>
        </w:tc>
      </w:tr>
      <w:tr w:rsidR="000A2E87" w:rsidTr="29B039F5" w14:paraId="16CB90A3" w14:textId="77777777">
        <w:trPr>
          <w:jc w:val="center"/>
        </w:trPr>
        <w:tc>
          <w:tcPr>
            <w:tcW w:w="3024" w:type="dxa"/>
            <w:tcMar/>
          </w:tcPr>
          <w:p w:rsidR="000A2E87" w:rsidRDefault="00636324" w14:paraId="374E0CBE" w14:textId="77777777">
            <w:r>
              <w:rPr>
                <w:b/>
                <w:sz w:val="17"/>
              </w:rPr>
              <w:t>Completed by</w:t>
            </w:r>
          </w:p>
        </w:tc>
        <w:tc>
          <w:tcPr>
            <w:tcW w:w="11952" w:type="dxa"/>
            <w:tcMar/>
          </w:tcPr>
          <w:p w:rsidR="000A2E87" w:rsidP="29B039F5" w:rsidRDefault="00636324" w14:paraId="484B9623" w14:textId="10CD48AD">
            <w:pPr>
              <w:rPr>
                <w:sz w:val="17"/>
                <w:szCs w:val="17"/>
              </w:rPr>
            </w:pPr>
          </w:p>
        </w:tc>
      </w:tr>
      <w:tr w:rsidR="000A2E87" w:rsidTr="29B039F5" w14:paraId="10435C5C" w14:textId="77777777">
        <w:trPr>
          <w:jc w:val="center"/>
        </w:trPr>
        <w:tc>
          <w:tcPr>
            <w:tcW w:w="3024" w:type="dxa"/>
            <w:tcMar/>
          </w:tcPr>
          <w:p w:rsidR="000A2E87" w:rsidRDefault="00636324" w14:paraId="1A78817A" w14:textId="77777777">
            <w:r>
              <w:rPr>
                <w:b/>
                <w:sz w:val="17"/>
              </w:rPr>
              <w:t>Date of Assessment</w:t>
            </w:r>
          </w:p>
        </w:tc>
        <w:tc>
          <w:tcPr>
            <w:tcW w:w="11952" w:type="dxa"/>
            <w:tcMar/>
          </w:tcPr>
          <w:p w:rsidR="000A2E87" w:rsidP="29B039F5" w:rsidRDefault="00636324" w14:paraId="1C0BEB02" w14:textId="62FEF388">
            <w:pPr>
              <w:rPr>
                <w:sz w:val="17"/>
                <w:szCs w:val="17"/>
              </w:rPr>
            </w:pPr>
          </w:p>
        </w:tc>
      </w:tr>
      <w:tr w:rsidR="000A2E87" w:rsidTr="29B039F5" w14:paraId="3466CFEA" w14:textId="77777777">
        <w:trPr>
          <w:jc w:val="center"/>
        </w:trPr>
        <w:tc>
          <w:tcPr>
            <w:tcW w:w="3024" w:type="dxa"/>
            <w:tcMar/>
          </w:tcPr>
          <w:p w:rsidR="000A2E87" w:rsidRDefault="00636324" w14:paraId="033AE47B" w14:textId="77777777">
            <w:r>
              <w:rPr>
                <w:b/>
                <w:sz w:val="17"/>
              </w:rPr>
              <w:t>Reviewed / Approved by</w:t>
            </w:r>
          </w:p>
        </w:tc>
        <w:tc>
          <w:tcPr>
            <w:tcW w:w="11952" w:type="dxa"/>
            <w:tcMar/>
          </w:tcPr>
          <w:p w:rsidR="000A2E87" w:rsidP="29B039F5" w:rsidRDefault="00636324" w14:paraId="055BF8DC" w14:textId="5B04EA1B">
            <w:pPr>
              <w:rPr>
                <w:sz w:val="17"/>
                <w:szCs w:val="17"/>
              </w:rPr>
            </w:pPr>
          </w:p>
        </w:tc>
      </w:tr>
      <w:tr w:rsidR="000A2E87" w:rsidTr="29B039F5" w14:paraId="51599999" w14:textId="77777777">
        <w:trPr>
          <w:jc w:val="center"/>
        </w:trPr>
        <w:tc>
          <w:tcPr>
            <w:tcW w:w="3024" w:type="dxa"/>
            <w:tcMar/>
          </w:tcPr>
          <w:p w:rsidR="000A2E87" w:rsidRDefault="00636324" w14:paraId="6743131F" w14:textId="77777777">
            <w:r>
              <w:rPr>
                <w:b/>
                <w:sz w:val="17"/>
              </w:rPr>
              <w:t>Date Approved</w:t>
            </w:r>
          </w:p>
        </w:tc>
        <w:tc>
          <w:tcPr>
            <w:tcW w:w="11952" w:type="dxa"/>
            <w:tcMar/>
          </w:tcPr>
          <w:p w:rsidR="000A2E87" w:rsidP="29B039F5" w:rsidRDefault="00636324" w14:paraId="13417607" w14:textId="7830BA22">
            <w:pPr>
              <w:rPr>
                <w:sz w:val="17"/>
                <w:szCs w:val="17"/>
              </w:rPr>
            </w:pPr>
          </w:p>
        </w:tc>
      </w:tr>
      <w:tr w:rsidR="000A2E87" w:rsidTr="29B039F5" w14:paraId="27E9BDE3" w14:textId="77777777">
        <w:trPr>
          <w:jc w:val="center"/>
        </w:trPr>
        <w:tc>
          <w:tcPr>
            <w:tcW w:w="3024" w:type="dxa"/>
            <w:tcMar/>
          </w:tcPr>
          <w:p w:rsidR="000A2E87" w:rsidRDefault="00636324" w14:paraId="75665F1E" w14:textId="77777777">
            <w:r>
              <w:rPr>
                <w:b/>
                <w:sz w:val="17"/>
              </w:rPr>
              <w:t>Date of Review</w:t>
            </w:r>
          </w:p>
        </w:tc>
        <w:tc>
          <w:tcPr>
            <w:tcW w:w="11952" w:type="dxa"/>
            <w:tcMar/>
          </w:tcPr>
          <w:p w:rsidR="000A2E87" w:rsidP="29B039F5" w:rsidRDefault="00636324" w14:paraId="735BE83F" w14:textId="0CCB4DED">
            <w:pPr>
              <w:rPr>
                <w:sz w:val="17"/>
                <w:szCs w:val="17"/>
              </w:rPr>
            </w:pPr>
          </w:p>
        </w:tc>
      </w:tr>
      <w:tr w:rsidR="000A2E87" w:rsidTr="29B039F5" w14:paraId="19A747EB" w14:textId="77777777">
        <w:trPr>
          <w:jc w:val="center"/>
        </w:trPr>
        <w:tc>
          <w:tcPr>
            <w:tcW w:w="3024" w:type="dxa"/>
            <w:tcMar/>
          </w:tcPr>
          <w:p w:rsidR="000A2E87" w:rsidRDefault="00636324" w14:paraId="4D2670D3" w14:textId="77777777">
            <w:r>
              <w:rPr>
                <w:b/>
                <w:sz w:val="17"/>
              </w:rPr>
              <w:t>Purpose</w:t>
            </w:r>
          </w:p>
        </w:tc>
        <w:tc>
          <w:tcPr>
            <w:tcW w:w="11952" w:type="dxa"/>
            <w:tcMar/>
          </w:tcPr>
          <w:p w:rsidR="000A2E87" w:rsidP="29B039F5" w:rsidRDefault="00636324" w14:paraId="56C333CE" w14:textId="16FDC99C">
            <w:pPr>
              <w:pStyle w:val="Normal"/>
              <w:suppressLineNumbers w:val="0"/>
              <w:bidi w:val="0"/>
              <w:spacing w:before="0" w:beforeAutospacing="off" w:after="0" w:afterAutospacing="off" w:line="240" w:lineRule="auto"/>
              <w:ind w:left="0" w:right="0"/>
              <w:jc w:val="left"/>
            </w:pPr>
            <w:r w:rsidRPr="29B039F5" w:rsidR="08E0CC6C">
              <w:rPr>
                <w:sz w:val="17"/>
                <w:szCs w:val="17"/>
              </w:rPr>
              <w:t>Generic annual risk assessment for normal</w:t>
            </w:r>
            <w:r w:rsidRPr="29B039F5" w:rsidR="5EAB3623">
              <w:rPr>
                <w:b w:val="1"/>
                <w:bCs w:val="1"/>
                <w:sz w:val="17"/>
                <w:szCs w:val="17"/>
              </w:rPr>
              <w:t xml:space="preserve"> (NAME OF THE SOCIETY)</w:t>
            </w:r>
            <w:r w:rsidRPr="29B039F5" w:rsidR="08E0CC6C">
              <w:rPr>
                <w:b w:val="1"/>
                <w:bCs w:val="1"/>
                <w:sz w:val="17"/>
                <w:szCs w:val="17"/>
              </w:rPr>
              <w:t xml:space="preserve"> </w:t>
            </w:r>
            <w:r w:rsidRPr="29B039F5" w:rsidR="08E0CC6C">
              <w:rPr>
                <w:sz w:val="17"/>
                <w:szCs w:val="17"/>
              </w:rPr>
              <w:t xml:space="preserve">activity including </w:t>
            </w:r>
            <w:r w:rsidRPr="29B039F5" w:rsidR="6D58A5C9">
              <w:rPr>
                <w:sz w:val="17"/>
                <w:szCs w:val="17"/>
              </w:rPr>
              <w:t>(WRITE YOUR NORMAL ACTIVITIES)</w:t>
            </w:r>
          </w:p>
        </w:tc>
      </w:tr>
      <w:tr w:rsidR="000A2E87" w:rsidTr="29B039F5" w14:paraId="0292184A" w14:textId="77777777">
        <w:trPr>
          <w:jc w:val="center"/>
        </w:trPr>
        <w:tc>
          <w:tcPr>
            <w:tcW w:w="3024" w:type="dxa"/>
            <w:tcMar/>
          </w:tcPr>
          <w:p w:rsidR="000A2E87" w:rsidRDefault="00636324" w14:paraId="417ED34B" w14:textId="77777777">
            <w:r>
              <w:rPr>
                <w:b/>
                <w:sz w:val="17"/>
              </w:rPr>
              <w:t>Venue</w:t>
            </w:r>
          </w:p>
        </w:tc>
        <w:tc>
          <w:tcPr>
            <w:tcW w:w="11952" w:type="dxa"/>
            <w:tcMar/>
          </w:tcPr>
          <w:p w:rsidR="000A2E87" w:rsidRDefault="00636324" w14:paraId="397CC4AE" w14:textId="77777777">
            <w:r>
              <w:rPr>
                <w:sz w:val="17"/>
              </w:rPr>
              <w:t>University of Wolverhampton teaching spaces / Students' Union spaces / approved campus venues / online spaces where appropriate</w:t>
            </w:r>
          </w:p>
        </w:tc>
      </w:tr>
      <w:tr w:rsidR="000A2E87" w:rsidTr="29B039F5" w14:paraId="64B07822" w14:textId="77777777">
        <w:trPr>
          <w:jc w:val="center"/>
        </w:trPr>
        <w:tc>
          <w:tcPr>
            <w:tcW w:w="3024" w:type="dxa"/>
            <w:tcMar/>
          </w:tcPr>
          <w:p w:rsidR="000A2E87" w:rsidRDefault="00636324" w14:paraId="39BA7087" w14:textId="77777777">
            <w:r>
              <w:rPr>
                <w:b/>
                <w:sz w:val="17"/>
              </w:rPr>
              <w:t>Activities covered</w:t>
            </w:r>
          </w:p>
        </w:tc>
        <w:tc>
          <w:tcPr>
            <w:tcW w:w="11952" w:type="dxa"/>
            <w:tcMar/>
          </w:tcPr>
          <w:p w:rsidR="000A2E87" w:rsidP="29B039F5" w:rsidRDefault="00636324" w14:paraId="407BB3E0" w14:textId="0AB73D04">
            <w:pPr>
              <w:rPr>
                <w:sz w:val="17"/>
                <w:szCs w:val="17"/>
              </w:rPr>
            </w:pPr>
          </w:p>
        </w:tc>
      </w:tr>
      <w:tr w:rsidR="000A2E87" w:rsidTr="29B039F5" w14:paraId="62BC2EB1" w14:textId="77777777">
        <w:trPr>
          <w:jc w:val="center"/>
        </w:trPr>
        <w:tc>
          <w:tcPr>
            <w:tcW w:w="3024" w:type="dxa"/>
            <w:tcMar/>
          </w:tcPr>
          <w:p w:rsidR="000A2E87" w:rsidRDefault="00636324" w14:paraId="60FD8F6F" w14:textId="77777777">
            <w:r>
              <w:rPr>
                <w:b/>
                <w:sz w:val="17"/>
              </w:rPr>
              <w:t>Activities not covered</w:t>
            </w:r>
          </w:p>
        </w:tc>
        <w:tc>
          <w:tcPr>
            <w:tcW w:w="11952" w:type="dxa"/>
            <w:tcMar/>
          </w:tcPr>
          <w:p w:rsidR="000A2E87" w:rsidP="29B039F5" w:rsidRDefault="00636324" w14:paraId="7A74826B" w14:textId="0F4A4A02">
            <w:pPr>
              <w:rPr>
                <w:sz w:val="17"/>
                <w:szCs w:val="17"/>
              </w:rPr>
            </w:pPr>
          </w:p>
        </w:tc>
      </w:tr>
      <w:tr w:rsidR="000A2E87" w:rsidTr="29B039F5" w14:paraId="721B95B5" w14:textId="77777777">
        <w:trPr>
          <w:jc w:val="center"/>
        </w:trPr>
        <w:tc>
          <w:tcPr>
            <w:tcW w:w="3024" w:type="dxa"/>
            <w:tcMar/>
          </w:tcPr>
          <w:p w:rsidR="000A2E87" w:rsidRDefault="00636324" w14:paraId="685824D3" w14:textId="77777777">
            <w:r>
              <w:rPr>
                <w:b/>
                <w:sz w:val="17"/>
              </w:rPr>
              <w:t>Emergency contacts</w:t>
            </w:r>
          </w:p>
        </w:tc>
        <w:tc>
          <w:tcPr>
            <w:tcW w:w="11952" w:type="dxa"/>
            <w:tcMar/>
          </w:tcPr>
          <w:p w:rsidR="000A2E87" w:rsidRDefault="00636324" w14:paraId="18899B68" w14:textId="77777777">
            <w:r>
              <w:rPr>
                <w:sz w:val="17"/>
              </w:rPr>
              <w:t>SU Staff / Societies &amp; Volunteering Coordinator and Campus Security where relevant</w:t>
            </w:r>
          </w:p>
        </w:tc>
      </w:tr>
      <w:tr w:rsidR="000A2E87" w:rsidTr="29B039F5" w14:paraId="45EE1DFF" w14:textId="77777777">
        <w:trPr>
          <w:jc w:val="center"/>
        </w:trPr>
        <w:tc>
          <w:tcPr>
            <w:tcW w:w="3024" w:type="dxa"/>
            <w:tcMar/>
          </w:tcPr>
          <w:p w:rsidR="000A2E87" w:rsidRDefault="00636324" w14:paraId="274B320C" w14:textId="77777777">
            <w:r>
              <w:rPr>
                <w:b/>
                <w:sz w:val="17"/>
              </w:rPr>
              <w:t>Process for communicating this assessment</w:t>
            </w:r>
          </w:p>
        </w:tc>
        <w:tc>
          <w:tcPr>
            <w:tcW w:w="11952" w:type="dxa"/>
            <w:tcMar/>
          </w:tcPr>
          <w:p w:rsidR="000A2E87" w:rsidRDefault="00636324" w14:paraId="0ACBC26A" w14:textId="77777777">
            <w:r>
              <w:rPr>
                <w:sz w:val="17"/>
              </w:rPr>
              <w:t>Committee to review this assessment before activity, brief any helpers or facilitators where relevant, remind attendees of conduct and confidentiality expectations, and contact SU staff if the activity changes or extra risks are identified.</w:t>
            </w:r>
          </w:p>
        </w:tc>
      </w:tr>
    </w:tbl>
    <w:p w:rsidR="000A2E87" w:rsidP="68F72208" w:rsidRDefault="00636324" w14:paraId="5B019009" w14:textId="77777777">
      <w:pPr>
        <w:pStyle w:val="Heading2"/>
        <w:rPr>
          <w:color w:val="92D050"/>
        </w:rPr>
      </w:pPr>
      <w:r w:rsidRPr="68F72208" w:rsidR="559D73F8">
        <w:rPr>
          <w:color w:val="92D050"/>
        </w:rPr>
        <w:t>Risk Assessment Table</w:t>
      </w:r>
    </w:p>
    <w:tbl>
      <w:tblPr>
        <w:tblStyle w:val="TableGrid"/>
        <w:tblW w:w="0" w:type="auto"/>
        <w:jc w:val="center"/>
        <w:tblLook w:val="04A0" w:firstRow="1" w:lastRow="0" w:firstColumn="1" w:lastColumn="0" w:noHBand="0" w:noVBand="1"/>
      </w:tblPr>
      <w:tblGrid>
        <w:gridCol w:w="3564"/>
        <w:gridCol w:w="3564"/>
        <w:gridCol w:w="3564"/>
        <w:gridCol w:w="3564"/>
      </w:tblGrid>
      <w:tr w:rsidR="000A2E87" w:rsidTr="68F72208" w14:paraId="7323B4CF" w14:textId="77777777">
        <w:trPr>
          <w:jc w:val="center"/>
        </w:trPr>
        <w:tc>
          <w:tcPr>
            <w:tcW w:w="3564" w:type="dxa"/>
            <w:shd w:val="clear" w:color="auto" w:fill="92D050"/>
            <w:tcMar/>
          </w:tcPr>
          <w:p w:rsidR="000A2E87" w:rsidRDefault="00636324" w14:paraId="65FF7F49" w14:textId="77777777">
            <w:r>
              <w:rPr>
                <w:b/>
                <w:sz w:val="17"/>
              </w:rPr>
              <w:t>Hazard</w:t>
            </w:r>
          </w:p>
        </w:tc>
        <w:tc>
          <w:tcPr>
            <w:tcW w:w="3564" w:type="dxa"/>
            <w:shd w:val="clear" w:color="auto" w:fill="92D050"/>
            <w:tcMar/>
          </w:tcPr>
          <w:p w:rsidR="000A2E87" w:rsidRDefault="00636324" w14:paraId="15C30171" w14:textId="77777777">
            <w:r>
              <w:rPr>
                <w:b/>
                <w:sz w:val="17"/>
              </w:rPr>
              <w:t>Who is at Risk</w:t>
            </w:r>
          </w:p>
        </w:tc>
        <w:tc>
          <w:tcPr>
            <w:tcW w:w="3564" w:type="dxa"/>
            <w:shd w:val="clear" w:color="auto" w:fill="92D050"/>
            <w:tcMar/>
          </w:tcPr>
          <w:p w:rsidR="000A2E87" w:rsidRDefault="00636324" w14:paraId="751B116E" w14:textId="77777777">
            <w:r>
              <w:rPr>
                <w:b/>
                <w:sz w:val="17"/>
              </w:rPr>
              <w:t>Likelihood</w:t>
            </w:r>
          </w:p>
        </w:tc>
        <w:tc>
          <w:tcPr>
            <w:tcW w:w="3564" w:type="dxa"/>
            <w:shd w:val="clear" w:color="auto" w:fill="92D050"/>
            <w:tcMar/>
          </w:tcPr>
          <w:p w:rsidR="000A2E87" w:rsidRDefault="00636324" w14:paraId="2A78B0CF" w14:textId="77777777">
            <w:r>
              <w:rPr>
                <w:b/>
                <w:sz w:val="17"/>
              </w:rPr>
              <w:t>Severity</w:t>
            </w:r>
          </w:p>
        </w:tc>
      </w:tr>
      <w:tr w:rsidR="000A2E87" w:rsidTr="68F72208" w14:paraId="088A8003" w14:textId="77777777">
        <w:trPr>
          <w:jc w:val="center"/>
        </w:trPr>
        <w:tc>
          <w:tcPr>
            <w:tcW w:w="3564" w:type="dxa"/>
            <w:tcMar/>
          </w:tcPr>
          <w:p w:rsidR="000A2E87" w:rsidRDefault="00636324" w14:paraId="3BDC7192" w14:textId="77777777">
            <w:r>
              <w:rPr>
                <w:sz w:val="17"/>
              </w:rPr>
              <w:t>Room setup, slips, trips and falls</w:t>
            </w:r>
          </w:p>
        </w:tc>
        <w:tc>
          <w:tcPr>
            <w:tcW w:w="3564" w:type="dxa"/>
            <w:tcMar/>
          </w:tcPr>
          <w:p w:rsidR="000A2E87" w:rsidRDefault="00636324" w14:paraId="12FDB7FF" w14:textId="77777777">
            <w:r>
              <w:rPr>
                <w:sz w:val="17"/>
              </w:rPr>
              <w:t>Members, committee, visitors, staff and guest speakers</w:t>
            </w:r>
          </w:p>
        </w:tc>
        <w:tc>
          <w:tcPr>
            <w:tcW w:w="3564" w:type="dxa"/>
            <w:tcMar/>
          </w:tcPr>
          <w:p w:rsidR="000A2E87" w:rsidRDefault="00636324" w14:paraId="2A886FD4" w14:textId="77777777">
            <w:r>
              <w:rPr>
                <w:sz w:val="17"/>
              </w:rPr>
              <w:t>Medium</w:t>
            </w:r>
          </w:p>
        </w:tc>
        <w:tc>
          <w:tcPr>
            <w:tcW w:w="3564" w:type="dxa"/>
            <w:tcMar/>
          </w:tcPr>
          <w:p w:rsidR="000A2E87" w:rsidRDefault="00636324" w14:paraId="4F36E8B6" w14:textId="77777777">
            <w:r>
              <w:rPr>
                <w:sz w:val="17"/>
              </w:rPr>
              <w:t>Medium</w:t>
            </w:r>
          </w:p>
        </w:tc>
      </w:tr>
      <w:tr w:rsidR="000A2E87" w:rsidTr="68F72208" w14:paraId="0F9603CB" w14:textId="77777777">
        <w:trPr>
          <w:jc w:val="center"/>
        </w:trPr>
        <w:tc>
          <w:tcPr>
            <w:tcW w:w="3564" w:type="dxa"/>
            <w:tcMar/>
          </w:tcPr>
          <w:p w:rsidR="000A2E87" w:rsidRDefault="00636324" w14:paraId="445DAA2A" w14:textId="77777777">
            <w:r>
              <w:rPr>
                <w:sz w:val="17"/>
              </w:rPr>
              <w:t>Long sessions, writing retreats or extended screen use</w:t>
            </w:r>
          </w:p>
        </w:tc>
        <w:tc>
          <w:tcPr>
            <w:tcW w:w="3564" w:type="dxa"/>
            <w:tcMar/>
          </w:tcPr>
          <w:p w:rsidR="000A2E87" w:rsidRDefault="00636324" w14:paraId="5855D424" w14:textId="77777777">
            <w:r>
              <w:rPr>
                <w:sz w:val="17"/>
              </w:rPr>
              <w:t>Members and committee</w:t>
            </w:r>
          </w:p>
        </w:tc>
        <w:tc>
          <w:tcPr>
            <w:tcW w:w="3564" w:type="dxa"/>
            <w:tcMar/>
          </w:tcPr>
          <w:p w:rsidR="000A2E87" w:rsidRDefault="00636324" w14:paraId="6FB83C79" w14:textId="77777777">
            <w:r>
              <w:rPr>
                <w:sz w:val="17"/>
              </w:rPr>
              <w:t>Medium</w:t>
            </w:r>
          </w:p>
        </w:tc>
        <w:tc>
          <w:tcPr>
            <w:tcW w:w="3564" w:type="dxa"/>
            <w:tcMar/>
          </w:tcPr>
          <w:p w:rsidR="000A2E87" w:rsidRDefault="00636324" w14:paraId="09F4CE2B" w14:textId="77777777">
            <w:r>
              <w:rPr>
                <w:sz w:val="17"/>
              </w:rPr>
              <w:t>Medium</w:t>
            </w:r>
          </w:p>
        </w:tc>
      </w:tr>
      <w:tr w:rsidR="000A2E87" w:rsidTr="68F72208" w14:paraId="41F0185F" w14:textId="77777777">
        <w:trPr>
          <w:jc w:val="center"/>
        </w:trPr>
        <w:tc>
          <w:tcPr>
            <w:tcW w:w="3564" w:type="dxa"/>
            <w:tcMar/>
          </w:tcPr>
          <w:p w:rsidR="000A2E87" w:rsidRDefault="00636324" w14:paraId="091C30C1" w14:textId="77777777">
            <w:r>
              <w:rPr>
                <w:sz w:val="17"/>
              </w:rPr>
              <w:t>Use of laptops, chargers, projectors and presentation equipment</w:t>
            </w:r>
          </w:p>
        </w:tc>
        <w:tc>
          <w:tcPr>
            <w:tcW w:w="3564" w:type="dxa"/>
            <w:tcMar/>
          </w:tcPr>
          <w:p w:rsidR="000A2E87" w:rsidRDefault="00636324" w14:paraId="198723D3" w14:textId="77777777">
            <w:r>
              <w:rPr>
                <w:sz w:val="17"/>
              </w:rPr>
              <w:t>Members, committee, visitors and staff</w:t>
            </w:r>
          </w:p>
        </w:tc>
        <w:tc>
          <w:tcPr>
            <w:tcW w:w="3564" w:type="dxa"/>
            <w:tcMar/>
          </w:tcPr>
          <w:p w:rsidR="000A2E87" w:rsidRDefault="00636324" w14:paraId="7076029B" w14:textId="77777777">
            <w:r>
              <w:rPr>
                <w:sz w:val="17"/>
              </w:rPr>
              <w:t>Medium</w:t>
            </w:r>
          </w:p>
        </w:tc>
        <w:tc>
          <w:tcPr>
            <w:tcW w:w="3564" w:type="dxa"/>
            <w:tcMar/>
          </w:tcPr>
          <w:p w:rsidR="000A2E87" w:rsidRDefault="00636324" w14:paraId="7A4EF3E9" w14:textId="77777777">
            <w:r>
              <w:rPr>
                <w:sz w:val="17"/>
              </w:rPr>
              <w:t>Medium</w:t>
            </w:r>
          </w:p>
        </w:tc>
      </w:tr>
      <w:tr w:rsidR="000A2E87" w:rsidTr="68F72208" w14:paraId="26A37215" w14:textId="77777777">
        <w:trPr>
          <w:jc w:val="center"/>
        </w:trPr>
        <w:tc>
          <w:tcPr>
            <w:tcW w:w="3564" w:type="dxa"/>
            <w:tcMar/>
          </w:tcPr>
          <w:p w:rsidR="000A2E87" w:rsidP="29B039F5" w:rsidRDefault="00636324" w14:paraId="32E3CF8D" w14:textId="0EAC9332">
            <w:pPr>
              <w:pStyle w:val="Normal"/>
              <w:suppressLineNumbers w:val="0"/>
              <w:bidi w:val="0"/>
              <w:spacing w:before="0" w:beforeAutospacing="off" w:after="0" w:afterAutospacing="off" w:line="240" w:lineRule="auto"/>
              <w:ind w:left="0" w:right="0"/>
              <w:jc w:val="left"/>
              <w:rPr>
                <w:sz w:val="17"/>
                <w:szCs w:val="17"/>
              </w:rPr>
            </w:pPr>
            <w:r w:rsidRPr="68F72208" w:rsidR="4CBFBE07">
              <w:rPr>
                <w:sz w:val="17"/>
                <w:szCs w:val="17"/>
              </w:rPr>
              <w:t xml:space="preserve">News </w:t>
            </w:r>
            <w:r w:rsidRPr="68F72208" w:rsidR="29FBF8AC">
              <w:rPr>
                <w:sz w:val="17"/>
                <w:szCs w:val="17"/>
              </w:rPr>
              <w:t>discussion, presentations or peer feedback causing anxiety or distress</w:t>
            </w:r>
          </w:p>
        </w:tc>
        <w:tc>
          <w:tcPr>
            <w:tcW w:w="3564" w:type="dxa"/>
            <w:tcMar/>
          </w:tcPr>
          <w:p w:rsidR="000A2E87" w:rsidRDefault="00636324" w14:paraId="689E224C" w14:textId="77777777">
            <w:r>
              <w:rPr>
                <w:sz w:val="17"/>
              </w:rPr>
              <w:t>Members and presenters</w:t>
            </w:r>
          </w:p>
        </w:tc>
        <w:tc>
          <w:tcPr>
            <w:tcW w:w="3564" w:type="dxa"/>
            <w:tcMar/>
          </w:tcPr>
          <w:p w:rsidR="000A2E87" w:rsidRDefault="00636324" w14:paraId="1596A1CB" w14:textId="77777777">
            <w:r>
              <w:rPr>
                <w:sz w:val="17"/>
              </w:rPr>
              <w:t>Medium</w:t>
            </w:r>
          </w:p>
        </w:tc>
        <w:tc>
          <w:tcPr>
            <w:tcW w:w="3564" w:type="dxa"/>
            <w:tcMar/>
          </w:tcPr>
          <w:p w:rsidR="000A2E87" w:rsidRDefault="00636324" w14:paraId="4EC9969A" w14:textId="77777777">
            <w:r>
              <w:rPr>
                <w:sz w:val="17"/>
              </w:rPr>
              <w:t>Medium</w:t>
            </w:r>
          </w:p>
        </w:tc>
      </w:tr>
      <w:tr w:rsidR="000A2E87" w:rsidTr="68F72208" w14:paraId="32FA4E3B" w14:textId="77777777">
        <w:trPr>
          <w:jc w:val="center"/>
        </w:trPr>
        <w:tc>
          <w:tcPr>
            <w:tcW w:w="3564" w:type="dxa"/>
            <w:tcMar/>
          </w:tcPr>
          <w:p w:rsidR="000A2E87" w:rsidRDefault="00636324" w14:paraId="675C44D3" w14:textId="65A9804D">
            <w:r w:rsidRPr="68F72208" w:rsidR="559D73F8">
              <w:rPr>
                <w:sz w:val="17"/>
                <w:szCs w:val="17"/>
              </w:rPr>
              <w:t>Sensitive topics or lived experience discussions</w:t>
            </w:r>
          </w:p>
        </w:tc>
        <w:tc>
          <w:tcPr>
            <w:tcW w:w="3564" w:type="dxa"/>
            <w:tcMar/>
          </w:tcPr>
          <w:p w:rsidR="000A2E87" w:rsidRDefault="00636324" w14:paraId="59C95181" w14:textId="77777777">
            <w:r>
              <w:rPr>
                <w:sz w:val="17"/>
              </w:rPr>
              <w:t>Members, visitors and speakers</w:t>
            </w:r>
          </w:p>
        </w:tc>
        <w:tc>
          <w:tcPr>
            <w:tcW w:w="3564" w:type="dxa"/>
            <w:tcMar/>
          </w:tcPr>
          <w:p w:rsidR="000A2E87" w:rsidRDefault="00636324" w14:paraId="1B48AF90" w14:textId="77777777">
            <w:r>
              <w:rPr>
                <w:sz w:val="17"/>
              </w:rPr>
              <w:t>Medium</w:t>
            </w:r>
          </w:p>
        </w:tc>
        <w:tc>
          <w:tcPr>
            <w:tcW w:w="3564" w:type="dxa"/>
            <w:tcMar/>
          </w:tcPr>
          <w:p w:rsidR="000A2E87" w:rsidRDefault="00636324" w14:paraId="4E83D7CA" w14:textId="77777777">
            <w:r>
              <w:rPr>
                <w:sz w:val="17"/>
              </w:rPr>
              <w:t>Medium</w:t>
            </w:r>
          </w:p>
        </w:tc>
      </w:tr>
      <w:tr w:rsidR="000A2E87" w:rsidTr="68F72208" w14:paraId="602B7FF1" w14:textId="77777777">
        <w:trPr>
          <w:jc w:val="center"/>
        </w:trPr>
        <w:tc>
          <w:tcPr>
            <w:tcW w:w="3564" w:type="dxa"/>
            <w:tcMar/>
          </w:tcPr>
          <w:p w:rsidR="000A2E87" w:rsidRDefault="00636324" w14:paraId="4797EBD9" w14:textId="4FF06ACD">
            <w:r w:rsidRPr="68F72208" w:rsidR="559D73F8">
              <w:rPr>
                <w:sz w:val="17"/>
                <w:szCs w:val="17"/>
              </w:rPr>
              <w:t xml:space="preserve">Confidentiality, </w:t>
            </w:r>
            <w:r w:rsidRPr="68F72208" w:rsidR="559D73F8">
              <w:rPr>
                <w:sz w:val="17"/>
                <w:szCs w:val="17"/>
              </w:rPr>
              <w:t>ethics</w:t>
            </w:r>
            <w:r w:rsidRPr="68F72208" w:rsidR="559D73F8">
              <w:rPr>
                <w:sz w:val="17"/>
                <w:szCs w:val="17"/>
              </w:rPr>
              <w:t xml:space="preserve"> and personal data being discussed informally</w:t>
            </w:r>
          </w:p>
        </w:tc>
        <w:tc>
          <w:tcPr>
            <w:tcW w:w="3564" w:type="dxa"/>
            <w:tcMar/>
          </w:tcPr>
          <w:p w:rsidR="000A2E87" w:rsidRDefault="00636324" w14:paraId="2A3FC970" w14:textId="77777777">
            <w:r>
              <w:rPr>
                <w:sz w:val="17"/>
              </w:rPr>
              <w:t>Members, committee, speakers and research participants indirectly</w:t>
            </w:r>
          </w:p>
        </w:tc>
        <w:tc>
          <w:tcPr>
            <w:tcW w:w="3564" w:type="dxa"/>
            <w:tcMar/>
          </w:tcPr>
          <w:p w:rsidR="000A2E87" w:rsidRDefault="00636324" w14:paraId="6C1F8CDA" w14:textId="77777777">
            <w:r>
              <w:rPr>
                <w:sz w:val="17"/>
              </w:rPr>
              <w:t>Medium</w:t>
            </w:r>
          </w:p>
        </w:tc>
        <w:tc>
          <w:tcPr>
            <w:tcW w:w="3564" w:type="dxa"/>
            <w:tcMar/>
          </w:tcPr>
          <w:p w:rsidR="000A2E87" w:rsidRDefault="00636324" w14:paraId="116B65C2" w14:textId="77777777">
            <w:r>
              <w:rPr>
                <w:sz w:val="17"/>
              </w:rPr>
              <w:t>Medium</w:t>
            </w:r>
          </w:p>
        </w:tc>
      </w:tr>
      <w:tr w:rsidR="000A2E87" w:rsidTr="68F72208" w14:paraId="7D020B8E" w14:textId="77777777">
        <w:trPr>
          <w:jc w:val="center"/>
        </w:trPr>
        <w:tc>
          <w:tcPr>
            <w:tcW w:w="3564" w:type="dxa"/>
            <w:tcMar/>
          </w:tcPr>
          <w:p w:rsidR="000A2E87" w:rsidRDefault="00636324" w14:paraId="7FD830CA" w14:textId="77777777">
            <w:r>
              <w:rPr>
                <w:sz w:val="17"/>
              </w:rPr>
              <w:t>Guest speakers, academics, alumni or external researchers</w:t>
            </w:r>
          </w:p>
        </w:tc>
        <w:tc>
          <w:tcPr>
            <w:tcW w:w="3564" w:type="dxa"/>
            <w:tcMar/>
          </w:tcPr>
          <w:p w:rsidR="000A2E87" w:rsidRDefault="00636324" w14:paraId="23D4B955" w14:textId="77777777">
            <w:r>
              <w:rPr>
                <w:sz w:val="17"/>
              </w:rPr>
              <w:t>Members, visitors, speakers and staff</w:t>
            </w:r>
          </w:p>
        </w:tc>
        <w:tc>
          <w:tcPr>
            <w:tcW w:w="3564" w:type="dxa"/>
            <w:tcMar/>
          </w:tcPr>
          <w:p w:rsidR="000A2E87" w:rsidRDefault="00636324" w14:paraId="32D6C6C6" w14:textId="77777777">
            <w:r>
              <w:rPr>
                <w:sz w:val="17"/>
              </w:rPr>
              <w:t>Medium</w:t>
            </w:r>
          </w:p>
        </w:tc>
        <w:tc>
          <w:tcPr>
            <w:tcW w:w="3564" w:type="dxa"/>
            <w:tcMar/>
          </w:tcPr>
          <w:p w:rsidR="000A2E87" w:rsidRDefault="00636324" w14:paraId="74946C0C" w14:textId="77777777">
            <w:r>
              <w:rPr>
                <w:sz w:val="17"/>
              </w:rPr>
              <w:t>Medium</w:t>
            </w:r>
          </w:p>
        </w:tc>
      </w:tr>
      <w:tr w:rsidR="000A2E87" w:rsidTr="68F72208" w14:paraId="5254FDE3" w14:textId="77777777">
        <w:trPr>
          <w:jc w:val="center"/>
        </w:trPr>
        <w:tc>
          <w:tcPr>
            <w:tcW w:w="3564" w:type="dxa"/>
            <w:tcMar/>
          </w:tcPr>
          <w:p w:rsidR="000A2E87" w:rsidP="68F72208" w:rsidRDefault="00636324" w14:paraId="528248E3" w14:textId="5F0B77ED">
            <w:pPr>
              <w:pStyle w:val="Normal"/>
              <w:suppressLineNumbers w:val="0"/>
              <w:bidi w:val="0"/>
              <w:spacing w:before="0" w:beforeAutospacing="off" w:after="0" w:afterAutospacing="off" w:line="240" w:lineRule="auto"/>
              <w:ind w:left="0" w:right="0"/>
              <w:jc w:val="left"/>
              <w:rPr>
                <w:sz w:val="17"/>
                <w:szCs w:val="17"/>
              </w:rPr>
            </w:pPr>
            <w:r w:rsidRPr="68F72208" w:rsidR="559D73F8">
              <w:rPr>
                <w:sz w:val="17"/>
                <w:szCs w:val="17"/>
              </w:rPr>
              <w:t xml:space="preserve">Wellbeing concerns, </w:t>
            </w:r>
            <w:r w:rsidRPr="68F72208" w:rsidR="559D73F8">
              <w:rPr>
                <w:sz w:val="17"/>
                <w:szCs w:val="17"/>
              </w:rPr>
              <w:t>isolation</w:t>
            </w:r>
            <w:r w:rsidRPr="68F72208" w:rsidR="559D73F8">
              <w:rPr>
                <w:sz w:val="17"/>
                <w:szCs w:val="17"/>
              </w:rPr>
              <w:t xml:space="preserve"> or stress among </w:t>
            </w:r>
            <w:r w:rsidRPr="68F72208" w:rsidR="420AA5C2">
              <w:rPr>
                <w:sz w:val="17"/>
                <w:szCs w:val="17"/>
              </w:rPr>
              <w:t>members or non-members</w:t>
            </w:r>
          </w:p>
        </w:tc>
        <w:tc>
          <w:tcPr>
            <w:tcW w:w="3564" w:type="dxa"/>
            <w:tcMar/>
          </w:tcPr>
          <w:p w:rsidR="000A2E87" w:rsidRDefault="00636324" w14:paraId="6B330182" w14:textId="77777777">
            <w:r>
              <w:rPr>
                <w:sz w:val="17"/>
              </w:rPr>
              <w:t>Members and committee</w:t>
            </w:r>
          </w:p>
        </w:tc>
        <w:tc>
          <w:tcPr>
            <w:tcW w:w="3564" w:type="dxa"/>
            <w:tcMar/>
          </w:tcPr>
          <w:p w:rsidR="000A2E87" w:rsidRDefault="00636324" w14:paraId="1ECDB849" w14:textId="77777777">
            <w:r>
              <w:rPr>
                <w:sz w:val="17"/>
              </w:rPr>
              <w:t>Medium</w:t>
            </w:r>
          </w:p>
        </w:tc>
        <w:tc>
          <w:tcPr>
            <w:tcW w:w="3564" w:type="dxa"/>
            <w:tcMar/>
          </w:tcPr>
          <w:p w:rsidR="000A2E87" w:rsidRDefault="00636324" w14:paraId="55239D43" w14:textId="77777777">
            <w:r>
              <w:rPr>
                <w:sz w:val="17"/>
              </w:rPr>
              <w:t>Medium</w:t>
            </w:r>
          </w:p>
        </w:tc>
      </w:tr>
      <w:tr w:rsidR="000A2E87" w:rsidTr="68F72208" w14:paraId="688198BA" w14:textId="77777777">
        <w:trPr>
          <w:jc w:val="center"/>
        </w:trPr>
        <w:tc>
          <w:tcPr>
            <w:tcW w:w="3564" w:type="dxa"/>
            <w:tcMar/>
          </w:tcPr>
          <w:p w:rsidR="000A2E87" w:rsidRDefault="00636324" w14:paraId="219CD28C" w14:textId="77777777">
            <w:r>
              <w:rPr>
                <w:sz w:val="17"/>
              </w:rPr>
              <w:t>Online meetings, group chats or digital collaboration spaces</w:t>
            </w:r>
          </w:p>
        </w:tc>
        <w:tc>
          <w:tcPr>
            <w:tcW w:w="3564" w:type="dxa"/>
            <w:tcMar/>
          </w:tcPr>
          <w:p w:rsidR="000A2E87" w:rsidRDefault="00636324" w14:paraId="1845F99D" w14:textId="77777777">
            <w:r>
              <w:rPr>
                <w:sz w:val="17"/>
              </w:rPr>
              <w:t>Members and committee</w:t>
            </w:r>
          </w:p>
        </w:tc>
        <w:tc>
          <w:tcPr>
            <w:tcW w:w="3564" w:type="dxa"/>
            <w:tcMar/>
          </w:tcPr>
          <w:p w:rsidR="000A2E87" w:rsidRDefault="00636324" w14:paraId="4F85AAB7" w14:textId="77777777">
            <w:r>
              <w:rPr>
                <w:sz w:val="17"/>
              </w:rPr>
              <w:t>Medium</w:t>
            </w:r>
          </w:p>
        </w:tc>
        <w:tc>
          <w:tcPr>
            <w:tcW w:w="3564" w:type="dxa"/>
            <w:tcMar/>
          </w:tcPr>
          <w:p w:rsidR="000A2E87" w:rsidRDefault="00636324" w14:paraId="55F30E8A" w14:textId="77777777">
            <w:r>
              <w:rPr>
                <w:sz w:val="17"/>
              </w:rPr>
              <w:t>Low</w:t>
            </w:r>
          </w:p>
        </w:tc>
      </w:tr>
      <w:tr w:rsidR="000A2E87" w:rsidTr="68F72208" w14:paraId="19A5C513" w14:textId="77777777">
        <w:trPr>
          <w:jc w:val="center"/>
        </w:trPr>
        <w:tc>
          <w:tcPr>
            <w:tcW w:w="3564" w:type="dxa"/>
            <w:tcMar/>
          </w:tcPr>
          <w:p w:rsidR="000A2E87" w:rsidRDefault="00636324" w14:paraId="4ECCF42E" w14:textId="77777777">
            <w:r>
              <w:rPr>
                <w:sz w:val="17"/>
              </w:rPr>
              <w:t>Food, refreshments and allergens at socials or writing sessions</w:t>
            </w:r>
          </w:p>
        </w:tc>
        <w:tc>
          <w:tcPr>
            <w:tcW w:w="3564" w:type="dxa"/>
            <w:tcMar/>
          </w:tcPr>
          <w:p w:rsidR="000A2E87" w:rsidRDefault="00636324" w14:paraId="27C07608" w14:textId="77777777">
            <w:r>
              <w:rPr>
                <w:sz w:val="17"/>
              </w:rPr>
              <w:t>Members, visitors and staff</w:t>
            </w:r>
          </w:p>
        </w:tc>
        <w:tc>
          <w:tcPr>
            <w:tcW w:w="3564" w:type="dxa"/>
            <w:tcMar/>
          </w:tcPr>
          <w:p w:rsidR="000A2E87" w:rsidRDefault="00636324" w14:paraId="1D7CEB46" w14:textId="77777777">
            <w:r>
              <w:rPr>
                <w:sz w:val="17"/>
              </w:rPr>
              <w:t>Medium</w:t>
            </w:r>
          </w:p>
        </w:tc>
        <w:tc>
          <w:tcPr>
            <w:tcW w:w="3564" w:type="dxa"/>
            <w:tcMar/>
          </w:tcPr>
          <w:p w:rsidR="000A2E87" w:rsidRDefault="00636324" w14:paraId="5C5A9227" w14:textId="77777777">
            <w:r>
              <w:rPr>
                <w:sz w:val="17"/>
              </w:rPr>
              <w:t>Medium</w:t>
            </w:r>
          </w:p>
        </w:tc>
      </w:tr>
      <w:tr w:rsidR="000A2E87" w:rsidTr="68F72208" w14:paraId="558E1A89" w14:textId="77777777">
        <w:trPr>
          <w:jc w:val="center"/>
        </w:trPr>
        <w:tc>
          <w:tcPr>
            <w:tcW w:w="3564" w:type="dxa"/>
            <w:tcMar/>
          </w:tcPr>
          <w:p w:rsidR="000A2E87" w:rsidRDefault="00636324" w14:paraId="07863AC1" w14:textId="77777777">
            <w:r>
              <w:rPr>
                <w:sz w:val="17"/>
              </w:rPr>
              <w:t>Accessibility needs and inclusive participation</w:t>
            </w:r>
          </w:p>
        </w:tc>
        <w:tc>
          <w:tcPr>
            <w:tcW w:w="3564" w:type="dxa"/>
            <w:tcMar/>
          </w:tcPr>
          <w:p w:rsidR="000A2E87" w:rsidRDefault="00636324" w14:paraId="4388B137" w14:textId="77777777">
            <w:r>
              <w:rPr>
                <w:sz w:val="17"/>
              </w:rPr>
              <w:t>Members, visitors and speakers</w:t>
            </w:r>
          </w:p>
        </w:tc>
        <w:tc>
          <w:tcPr>
            <w:tcW w:w="3564" w:type="dxa"/>
            <w:tcMar/>
          </w:tcPr>
          <w:p w:rsidR="000A2E87" w:rsidRDefault="00636324" w14:paraId="6E03602C" w14:textId="77777777">
            <w:r>
              <w:rPr>
                <w:sz w:val="17"/>
              </w:rPr>
              <w:t>Medium</w:t>
            </w:r>
          </w:p>
        </w:tc>
        <w:tc>
          <w:tcPr>
            <w:tcW w:w="3564" w:type="dxa"/>
            <w:tcMar/>
          </w:tcPr>
          <w:p w:rsidR="000A2E87" w:rsidRDefault="00636324" w14:paraId="128D65FB" w14:textId="77777777">
            <w:r>
              <w:rPr>
                <w:sz w:val="17"/>
              </w:rPr>
              <w:t>Medium</w:t>
            </w:r>
          </w:p>
        </w:tc>
      </w:tr>
      <w:tr w:rsidR="000A2E87" w:rsidTr="68F72208" w14:paraId="49885F66" w14:textId="77777777">
        <w:trPr>
          <w:jc w:val="center"/>
        </w:trPr>
        <w:tc>
          <w:tcPr>
            <w:tcW w:w="3564" w:type="dxa"/>
            <w:tcMar/>
          </w:tcPr>
          <w:p w:rsidR="000A2E87" w:rsidRDefault="00636324" w14:paraId="479CD721" w14:textId="77777777">
            <w:r>
              <w:rPr>
                <w:sz w:val="17"/>
              </w:rPr>
              <w:t>Harassment, discrimination or inappropriate behaviour</w:t>
            </w:r>
          </w:p>
        </w:tc>
        <w:tc>
          <w:tcPr>
            <w:tcW w:w="3564" w:type="dxa"/>
            <w:tcMar/>
          </w:tcPr>
          <w:p w:rsidR="000A2E87" w:rsidRDefault="00636324" w14:paraId="66F5F343" w14:textId="77777777">
            <w:r>
              <w:rPr>
                <w:sz w:val="17"/>
              </w:rPr>
              <w:t>Members, visitors, committee and staff</w:t>
            </w:r>
          </w:p>
        </w:tc>
        <w:tc>
          <w:tcPr>
            <w:tcW w:w="3564" w:type="dxa"/>
            <w:tcMar/>
          </w:tcPr>
          <w:p w:rsidR="000A2E87" w:rsidRDefault="00636324" w14:paraId="04824F39" w14:textId="77777777">
            <w:r>
              <w:rPr>
                <w:sz w:val="17"/>
              </w:rPr>
              <w:t>Medium</w:t>
            </w:r>
          </w:p>
        </w:tc>
        <w:tc>
          <w:tcPr>
            <w:tcW w:w="3564" w:type="dxa"/>
            <w:tcMar/>
          </w:tcPr>
          <w:p w:rsidR="000A2E87" w:rsidRDefault="00636324" w14:paraId="1625F72E" w14:textId="77777777">
            <w:r>
              <w:rPr>
                <w:sz w:val="17"/>
              </w:rPr>
              <w:t>Medium</w:t>
            </w:r>
          </w:p>
        </w:tc>
      </w:tr>
      <w:tr w:rsidR="000A2E87" w:rsidTr="68F72208" w14:paraId="6167B210" w14:textId="77777777">
        <w:trPr>
          <w:jc w:val="center"/>
        </w:trPr>
        <w:tc>
          <w:tcPr>
            <w:tcW w:w="3564" w:type="dxa"/>
            <w:tcMar/>
          </w:tcPr>
          <w:p w:rsidR="000A2E87" w:rsidRDefault="00636324" w14:paraId="0FC0B508" w14:textId="77777777">
            <w:r>
              <w:rPr>
                <w:sz w:val="17"/>
              </w:rPr>
              <w:t>Fire evacuation or building emergency</w:t>
            </w:r>
          </w:p>
        </w:tc>
        <w:tc>
          <w:tcPr>
            <w:tcW w:w="3564" w:type="dxa"/>
            <w:tcMar/>
          </w:tcPr>
          <w:p w:rsidR="000A2E87" w:rsidRDefault="00636324" w14:paraId="6EEDB9BD" w14:textId="77777777">
            <w:r>
              <w:rPr>
                <w:sz w:val="17"/>
              </w:rPr>
              <w:t>All attendees</w:t>
            </w:r>
          </w:p>
        </w:tc>
        <w:tc>
          <w:tcPr>
            <w:tcW w:w="3564" w:type="dxa"/>
            <w:tcMar/>
          </w:tcPr>
          <w:p w:rsidR="000A2E87" w:rsidRDefault="00636324" w14:paraId="30FB6C97" w14:textId="77777777">
            <w:r>
              <w:rPr>
                <w:sz w:val="17"/>
              </w:rPr>
              <w:t>Low</w:t>
            </w:r>
          </w:p>
        </w:tc>
        <w:tc>
          <w:tcPr>
            <w:tcW w:w="3564" w:type="dxa"/>
            <w:tcMar/>
          </w:tcPr>
          <w:p w:rsidR="000A2E87" w:rsidRDefault="00636324" w14:paraId="3881AA1B" w14:textId="77777777">
            <w:r>
              <w:rPr>
                <w:sz w:val="17"/>
              </w:rPr>
              <w:t>High</w:t>
            </w:r>
          </w:p>
        </w:tc>
      </w:tr>
      <w:tr w:rsidR="000A2E87" w:rsidTr="68F72208" w14:paraId="11CA65D5" w14:textId="77777777">
        <w:trPr>
          <w:jc w:val="center"/>
        </w:trPr>
        <w:tc>
          <w:tcPr>
            <w:tcW w:w="3564" w:type="dxa"/>
            <w:tcMar/>
          </w:tcPr>
          <w:p w:rsidR="000A2E87" w:rsidRDefault="00636324" w14:paraId="6226EB00" w14:textId="77777777">
            <w:r>
              <w:rPr>
                <w:sz w:val="17"/>
              </w:rPr>
              <w:t>First aid incident or sudden illness</w:t>
            </w:r>
          </w:p>
        </w:tc>
        <w:tc>
          <w:tcPr>
            <w:tcW w:w="3564" w:type="dxa"/>
            <w:tcMar/>
          </w:tcPr>
          <w:p w:rsidR="000A2E87" w:rsidRDefault="00636324" w14:paraId="0A123B04" w14:textId="77777777">
            <w:r>
              <w:rPr>
                <w:sz w:val="17"/>
              </w:rPr>
              <w:t>All attendees</w:t>
            </w:r>
          </w:p>
        </w:tc>
        <w:tc>
          <w:tcPr>
            <w:tcW w:w="3564" w:type="dxa"/>
            <w:tcMar/>
          </w:tcPr>
          <w:p w:rsidR="000A2E87" w:rsidRDefault="00636324" w14:paraId="786EBE06" w14:textId="77777777">
            <w:r>
              <w:rPr>
                <w:sz w:val="17"/>
              </w:rPr>
              <w:t>Medium</w:t>
            </w:r>
          </w:p>
        </w:tc>
        <w:tc>
          <w:tcPr>
            <w:tcW w:w="3564" w:type="dxa"/>
            <w:tcMar/>
          </w:tcPr>
          <w:p w:rsidR="000A2E87" w:rsidRDefault="00636324" w14:paraId="4B7CE783" w14:textId="77777777">
            <w:r>
              <w:rPr>
                <w:sz w:val="17"/>
              </w:rPr>
              <w:t>High</w:t>
            </w:r>
          </w:p>
        </w:tc>
      </w:tr>
      <w:tr w:rsidR="000A2E87" w:rsidTr="68F72208" w14:paraId="42877997" w14:textId="77777777">
        <w:trPr>
          <w:jc w:val="center"/>
        </w:trPr>
        <w:tc>
          <w:tcPr>
            <w:tcW w:w="3564" w:type="dxa"/>
            <w:tcMar/>
          </w:tcPr>
          <w:p w:rsidR="000A2E87" w:rsidRDefault="00636324" w14:paraId="1CB15CAB" w14:textId="77777777">
            <w:r>
              <w:rPr>
                <w:sz w:val="17"/>
              </w:rPr>
              <w:t>Research activity, fieldwork, labs, participant contact or conference travel arranged through the society</w:t>
            </w:r>
          </w:p>
        </w:tc>
        <w:tc>
          <w:tcPr>
            <w:tcW w:w="3564" w:type="dxa"/>
            <w:tcMar/>
          </w:tcPr>
          <w:p w:rsidR="000A2E87" w:rsidRDefault="00636324" w14:paraId="5B3CE01D" w14:textId="77777777">
            <w:r>
              <w:rPr>
                <w:sz w:val="17"/>
              </w:rPr>
              <w:t>Members, committee and visitors</w:t>
            </w:r>
          </w:p>
        </w:tc>
        <w:tc>
          <w:tcPr>
            <w:tcW w:w="3564" w:type="dxa"/>
            <w:tcMar/>
          </w:tcPr>
          <w:p w:rsidR="000A2E87" w:rsidRDefault="00636324" w14:paraId="496EAA20" w14:textId="77777777">
            <w:r>
              <w:rPr>
                <w:sz w:val="17"/>
              </w:rPr>
              <w:t>Medium</w:t>
            </w:r>
          </w:p>
        </w:tc>
        <w:tc>
          <w:tcPr>
            <w:tcW w:w="3564" w:type="dxa"/>
            <w:tcMar/>
          </w:tcPr>
          <w:p w:rsidR="000A2E87" w:rsidRDefault="00636324" w14:paraId="3581758D" w14:textId="77777777">
            <w:r>
              <w:rPr>
                <w:sz w:val="17"/>
              </w:rPr>
              <w:t>High</w:t>
            </w:r>
          </w:p>
        </w:tc>
      </w:tr>
    </w:tbl>
    <w:p w:rsidR="000A2E87" w:rsidP="68F72208" w:rsidRDefault="00636324" w14:paraId="625067C0" w14:textId="77777777">
      <w:pPr>
        <w:pStyle w:val="Heading2"/>
        <w:rPr>
          <w:color w:val="92D050"/>
        </w:rPr>
      </w:pPr>
      <w:r w:rsidRPr="68F72208" w:rsidR="559D73F8">
        <w:rPr>
          <w:color w:val="92D050"/>
        </w:rPr>
        <w:t>Additional Notes:</w:t>
      </w:r>
    </w:p>
    <w:p w:rsidR="000A2E87" w:rsidP="68F72208" w:rsidRDefault="00636324" w14:paraId="41A91F0B" w14:textId="3556619C">
      <w:pPr>
        <w:pStyle w:val="ListBullet"/>
        <w:rPr>
          <w:sz w:val="17"/>
          <w:szCs w:val="17"/>
        </w:rPr>
      </w:pPr>
      <w:r w:rsidRPr="68F72208" w:rsidR="559D73F8">
        <w:rPr>
          <w:sz w:val="17"/>
          <w:szCs w:val="17"/>
        </w:rPr>
        <w:t xml:space="preserve">This is a generic annual risk assessment for </w:t>
      </w:r>
      <w:r w:rsidRPr="68F72208" w:rsidR="559D73F8">
        <w:rPr>
          <w:sz w:val="17"/>
          <w:szCs w:val="17"/>
        </w:rPr>
        <w:t>norma</w:t>
      </w:r>
      <w:r w:rsidRPr="68F72208" w:rsidR="2566910F">
        <w:rPr>
          <w:sz w:val="17"/>
          <w:szCs w:val="17"/>
        </w:rPr>
        <w:t>L</w:t>
      </w:r>
      <w:r w:rsidRPr="68F72208" w:rsidR="2566910F">
        <w:rPr>
          <w:sz w:val="17"/>
          <w:szCs w:val="17"/>
        </w:rPr>
        <w:t xml:space="preserve"> </w:t>
      </w:r>
      <w:r w:rsidRPr="68F72208" w:rsidR="2566910F">
        <w:rPr>
          <w:b w:val="1"/>
          <w:bCs w:val="1"/>
          <w:sz w:val="17"/>
          <w:szCs w:val="17"/>
        </w:rPr>
        <w:t>(NAME OF SOCIETY)</w:t>
      </w:r>
      <w:r w:rsidRPr="68F72208" w:rsidR="559D73F8">
        <w:rPr>
          <w:sz w:val="17"/>
          <w:szCs w:val="17"/>
        </w:rPr>
        <w:t xml:space="preserve"> activity only. </w:t>
      </w:r>
    </w:p>
    <w:p w:rsidR="000A2E87" w:rsidRDefault="00636324" w14:paraId="231F4496" w14:textId="076A8D47">
      <w:pPr>
        <w:pStyle w:val="ListBullet"/>
        <w:rPr/>
      </w:pPr>
      <w:r w:rsidRPr="68F72208" w:rsidR="04DEF52D">
        <w:rPr>
          <w:b w:val="1"/>
          <w:bCs w:val="1"/>
          <w:sz w:val="17"/>
          <w:szCs w:val="17"/>
        </w:rPr>
        <w:t>(NAME OF SOCIETY)</w:t>
      </w:r>
      <w:r w:rsidRPr="68F72208" w:rsidR="559D73F8">
        <w:rPr>
          <w:sz w:val="17"/>
          <w:szCs w:val="17"/>
        </w:rPr>
        <w:t xml:space="preserve"> may discuss sensitive research areas, </w:t>
      </w:r>
      <w:r w:rsidRPr="68F72208" w:rsidR="559D73F8">
        <w:rPr>
          <w:sz w:val="17"/>
          <w:szCs w:val="17"/>
        </w:rPr>
        <w:t>personal experiences</w:t>
      </w:r>
      <w:r w:rsidRPr="68F72208" w:rsidR="559D73F8">
        <w:rPr>
          <w:sz w:val="17"/>
          <w:szCs w:val="17"/>
        </w:rPr>
        <w:t xml:space="preserve">, academic stress, isolation, supervision challenges, funding concerns, </w:t>
      </w:r>
      <w:r w:rsidRPr="68F72208" w:rsidR="559D73F8">
        <w:rPr>
          <w:sz w:val="17"/>
          <w:szCs w:val="17"/>
        </w:rPr>
        <w:t>ethics</w:t>
      </w:r>
      <w:r w:rsidRPr="68F72208" w:rsidR="559D73F8">
        <w:rPr>
          <w:sz w:val="17"/>
          <w:szCs w:val="17"/>
        </w:rPr>
        <w:t xml:space="preserve"> or fieldwork challenges. The committee should create a respectful environment and signpost students to relevant University/SU support where needed.</w:t>
      </w:r>
    </w:p>
    <w:p w:rsidR="000A2E87" w:rsidRDefault="00636324" w14:paraId="0196EFE9" w14:textId="77777777">
      <w:pPr>
        <w:pStyle w:val="ListBullet"/>
      </w:pPr>
      <w:r>
        <w:rPr>
          <w:sz w:val="17"/>
        </w:rPr>
        <w:t>The society is not responsible for approving, supervising or risk assessing individual research projects. Students must follow their own School, supervisor, ethics, fieldwork, lab and University health and safety requirements for research activity.</w:t>
      </w:r>
    </w:p>
    <w:p w:rsidR="000A2E87" w:rsidRDefault="00636324" w14:paraId="167E60B7" w14:textId="77777777">
      <w:pPr>
        <w:pStyle w:val="ListBullet"/>
      </w:pPr>
      <w:r>
        <w:rPr>
          <w:sz w:val="17"/>
        </w:rPr>
        <w:t>Where research examples, data, participants, supervisors, institutions or unpublished work are discussed, attendees should be reminded to respect confidentiality and avoid sharing identifiable information without permission.</w:t>
      </w:r>
    </w:p>
    <w:p w:rsidR="000A2E87" w:rsidRDefault="00636324" w14:paraId="09510043" w14:textId="77777777">
      <w:pPr>
        <w:pStyle w:val="ListBullet"/>
      </w:pPr>
      <w:r>
        <w:rPr>
          <w:sz w:val="17"/>
        </w:rPr>
        <w:t>Guest speakers and external researchers should be arranged through the relevant SU process where required. Any high-profile, controversial or externally promoted event should be discussed with the SU in advance.</w:t>
      </w:r>
    </w:p>
    <w:p w:rsidR="000A2E87" w:rsidRDefault="00636324" w14:paraId="0383B6AA" w14:textId="77777777">
      <w:pPr>
        <w:pStyle w:val="ListBullet"/>
      </w:pPr>
      <w:r>
        <w:rPr>
          <w:sz w:val="17"/>
        </w:rPr>
        <w:t>Photography, filming or recording should be handled carefully, especially where unpublished research, personal experiences or sensitive discussion is involved. Consent should be checked before recording or posting content online.</w:t>
      </w:r>
    </w:p>
    <w:p w:rsidR="000A2E87" w:rsidRDefault="00636324" w14:paraId="6F0348F2" w14:textId="77777777">
      <w:pPr>
        <w:pStyle w:val="ListBullet"/>
      </w:pPr>
      <w:r>
        <w:rPr>
          <w:sz w:val="17"/>
        </w:rPr>
        <w:t>Incidents, near misses, injuries, complaints, safeguarding issues, welfare concerns or behaviour concerns must be reported to SU staff as soon as possible.</w:t>
      </w:r>
    </w:p>
    <w:p w:rsidR="000A2E87" w:rsidP="68F72208" w:rsidRDefault="00636324" w14:paraId="6C126269" w14:textId="77777777">
      <w:pPr>
        <w:pStyle w:val="Heading2"/>
        <w:rPr>
          <w:color w:val="92D050"/>
        </w:rPr>
      </w:pPr>
      <w:r w:rsidRPr="68F72208" w:rsidR="559D73F8">
        <w:rPr>
          <w:color w:val="92D050"/>
        </w:rPr>
        <w:t>Risk Factor Chart Explanation</w:t>
      </w:r>
    </w:p>
    <w:tbl>
      <w:tblPr>
        <w:tblStyle w:val="TableGrid"/>
        <w:tblW w:w="0" w:type="auto"/>
        <w:jc w:val="center"/>
        <w:tblLook w:val="04A0" w:firstRow="1" w:lastRow="0" w:firstColumn="1" w:lastColumn="0" w:noHBand="0" w:noVBand="1"/>
      </w:tblPr>
      <w:tblGrid>
        <w:gridCol w:w="4752"/>
        <w:gridCol w:w="4752"/>
        <w:gridCol w:w="4752"/>
      </w:tblGrid>
      <w:tr w:rsidR="000A2E87" w:rsidTr="68F72208" w14:paraId="7D2E44E5" w14:textId="77777777">
        <w:trPr>
          <w:jc w:val="center"/>
        </w:trPr>
        <w:tc>
          <w:tcPr>
            <w:tcW w:w="4752" w:type="dxa"/>
            <w:tcMar/>
          </w:tcPr>
          <w:p w:rsidR="000A2E87" w:rsidP="68F72208" w:rsidRDefault="00636324" w14:paraId="18564D5C" w14:textId="77777777">
            <w:pPr>
              <w:rPr>
                <w:color w:val="auto"/>
                <w:sz w:val="17"/>
                <w:szCs w:val="17"/>
              </w:rPr>
            </w:pPr>
            <w:r w:rsidRPr="68F72208" w:rsidR="559D73F8">
              <w:rPr>
                <w:color w:val="auto"/>
                <w:sz w:val="17"/>
                <w:szCs w:val="17"/>
              </w:rPr>
              <w:t>Severity (S) Scale:</w:t>
            </w:r>
            <w:r>
              <w:br/>
            </w:r>
            <w:r w:rsidRPr="68F72208" w:rsidR="559D73F8">
              <w:rPr>
                <w:color w:val="auto"/>
                <w:sz w:val="17"/>
                <w:szCs w:val="17"/>
              </w:rPr>
              <w:t>1 - Negligible: All in a day's work</w:t>
            </w:r>
            <w:r>
              <w:br/>
            </w:r>
            <w:r w:rsidRPr="68F72208" w:rsidR="559D73F8">
              <w:rPr>
                <w:color w:val="auto"/>
                <w:sz w:val="17"/>
                <w:szCs w:val="17"/>
              </w:rPr>
              <w:t>2 - Minor: Minor injury with short term effect</w:t>
            </w:r>
            <w:r>
              <w:br/>
            </w:r>
            <w:r w:rsidRPr="68F72208" w:rsidR="559D73F8">
              <w:rPr>
                <w:color w:val="auto"/>
                <w:sz w:val="17"/>
                <w:szCs w:val="17"/>
              </w:rPr>
              <w:t>3 - Severe: Major injury/disability (reportable)</w:t>
            </w:r>
            <w:r>
              <w:br/>
            </w:r>
            <w:r w:rsidRPr="68F72208" w:rsidR="559D73F8">
              <w:rPr>
                <w:color w:val="auto"/>
                <w:sz w:val="17"/>
                <w:szCs w:val="17"/>
              </w:rPr>
              <w:t>4 - Extreme: Fatal</w:t>
            </w:r>
          </w:p>
        </w:tc>
        <w:tc>
          <w:tcPr>
            <w:tcW w:w="4752" w:type="dxa"/>
            <w:tcMar/>
          </w:tcPr>
          <w:p w:rsidR="000A2E87" w:rsidP="68F72208" w:rsidRDefault="00636324" w14:paraId="41E27599" w14:textId="77777777">
            <w:pPr>
              <w:rPr>
                <w:color w:val="auto"/>
                <w:sz w:val="17"/>
                <w:szCs w:val="17"/>
              </w:rPr>
            </w:pPr>
            <w:r w:rsidRPr="68F72208" w:rsidR="559D73F8">
              <w:rPr>
                <w:color w:val="auto"/>
                <w:sz w:val="17"/>
                <w:szCs w:val="17"/>
              </w:rPr>
              <w:t>Likelihood (L) Scale:</w:t>
            </w:r>
            <w:r>
              <w:br/>
            </w:r>
            <w:r w:rsidRPr="68F72208" w:rsidR="559D73F8">
              <w:rPr>
                <w:color w:val="auto"/>
                <w:sz w:val="17"/>
                <w:szCs w:val="17"/>
              </w:rPr>
              <w:t>1 - Improbable</w:t>
            </w:r>
            <w:r>
              <w:br/>
            </w:r>
            <w:r w:rsidRPr="68F72208" w:rsidR="559D73F8">
              <w:rPr>
                <w:color w:val="auto"/>
                <w:sz w:val="17"/>
                <w:szCs w:val="17"/>
              </w:rPr>
              <w:t>2 - Remote: Unlikely</w:t>
            </w:r>
            <w:r>
              <w:br/>
            </w:r>
            <w:r w:rsidRPr="68F72208" w:rsidR="559D73F8">
              <w:rPr>
                <w:color w:val="auto"/>
                <w:sz w:val="17"/>
                <w:szCs w:val="17"/>
              </w:rPr>
              <w:t>3 - Possible: May or could well occur</w:t>
            </w:r>
            <w:r>
              <w:br/>
            </w:r>
            <w:r w:rsidRPr="68F72208" w:rsidR="559D73F8">
              <w:rPr>
                <w:color w:val="auto"/>
                <w:sz w:val="17"/>
                <w:szCs w:val="17"/>
              </w:rPr>
              <w:t>4 - Probable: Expected to occur, several times</w:t>
            </w:r>
          </w:p>
        </w:tc>
        <w:tc>
          <w:tcPr>
            <w:tcW w:w="4752" w:type="dxa"/>
            <w:tcMar/>
          </w:tcPr>
          <w:p w:rsidR="000A2E87" w:rsidP="68F72208" w:rsidRDefault="00636324" w14:paraId="27C64ABF" w14:textId="77777777">
            <w:pPr>
              <w:rPr>
                <w:color w:val="auto"/>
                <w:sz w:val="17"/>
                <w:szCs w:val="17"/>
              </w:rPr>
            </w:pPr>
            <w:r w:rsidRPr="68F72208" w:rsidR="559D73F8">
              <w:rPr>
                <w:color w:val="auto"/>
                <w:sz w:val="17"/>
                <w:szCs w:val="17"/>
              </w:rPr>
              <w:t>Risk Factor (R = S x L):</w:t>
            </w:r>
            <w:r>
              <w:br/>
            </w:r>
            <w:r w:rsidRPr="68F72208" w:rsidR="559D73F8">
              <w:rPr>
                <w:color w:val="auto"/>
                <w:sz w:val="17"/>
                <w:szCs w:val="17"/>
              </w:rPr>
              <w:t>&lt; 4 - LOW</w:t>
            </w:r>
            <w:r>
              <w:br/>
            </w:r>
            <w:r w:rsidRPr="68F72208" w:rsidR="559D73F8">
              <w:rPr>
                <w:color w:val="auto"/>
                <w:sz w:val="17"/>
                <w:szCs w:val="17"/>
              </w:rPr>
              <w:t>4-6 - MEDIUM</w:t>
            </w:r>
            <w:r>
              <w:br/>
            </w:r>
            <w:r w:rsidRPr="68F72208" w:rsidR="559D73F8">
              <w:rPr>
                <w:color w:val="auto"/>
                <w:sz w:val="17"/>
                <w:szCs w:val="17"/>
              </w:rPr>
              <w:t>&gt; 8 - HIGH</w:t>
            </w:r>
          </w:p>
        </w:tc>
      </w:tr>
    </w:tbl>
    <w:p w:rsidR="000A2E87" w:rsidP="68F72208" w:rsidRDefault="00636324" w14:paraId="7315F847" w14:textId="77777777">
      <w:pPr>
        <w:pStyle w:val="Heading2"/>
        <w:rPr>
          <w:color w:val="92D050"/>
        </w:rPr>
      </w:pPr>
      <w:r w:rsidRPr="68F72208" w:rsidR="559D73F8">
        <w:rPr>
          <w:color w:val="92D050"/>
        </w:rPr>
        <w:t>Detailed Risk Factor Assessment</w:t>
      </w:r>
    </w:p>
    <w:tbl>
      <w:tblPr>
        <w:tblStyle w:val="TableGrid"/>
        <w:tblW w:w="0" w:type="auto"/>
        <w:jc w:val="center"/>
        <w:tblLook w:val="04A0" w:firstRow="1" w:lastRow="0" w:firstColumn="1" w:lastColumn="0" w:noHBand="0" w:noVBand="1"/>
      </w:tblPr>
      <w:tblGrid>
        <w:gridCol w:w="1782"/>
        <w:gridCol w:w="1782"/>
        <w:gridCol w:w="1782"/>
        <w:gridCol w:w="1782"/>
        <w:gridCol w:w="1782"/>
        <w:gridCol w:w="1782"/>
        <w:gridCol w:w="1782"/>
        <w:gridCol w:w="1782"/>
      </w:tblGrid>
      <w:tr w:rsidR="000A2E87" w:rsidTr="68F72208" w14:paraId="7EFE9488" w14:textId="77777777">
        <w:trPr>
          <w:jc w:val="center"/>
        </w:trPr>
        <w:tc>
          <w:tcPr>
            <w:tcW w:w="1782" w:type="dxa"/>
            <w:shd w:val="clear" w:color="auto" w:fill="92D050"/>
            <w:tcMar/>
          </w:tcPr>
          <w:p w:rsidR="000A2E87" w:rsidRDefault="00636324" w14:paraId="2CE2BBFF" w14:textId="77777777">
            <w:r>
              <w:rPr>
                <w:b/>
                <w:sz w:val="15"/>
              </w:rPr>
              <w:t>Hazard</w:t>
            </w:r>
          </w:p>
        </w:tc>
        <w:tc>
          <w:tcPr>
            <w:tcW w:w="1782" w:type="dxa"/>
            <w:shd w:val="clear" w:color="auto" w:fill="92D050"/>
            <w:tcMar/>
          </w:tcPr>
          <w:p w:rsidR="000A2E87" w:rsidRDefault="00636324" w14:paraId="1152F763" w14:textId="77777777">
            <w:r>
              <w:rPr>
                <w:b/>
                <w:sz w:val="15"/>
              </w:rPr>
              <w:t>S (Initial)</w:t>
            </w:r>
          </w:p>
        </w:tc>
        <w:tc>
          <w:tcPr>
            <w:tcW w:w="1782" w:type="dxa"/>
            <w:shd w:val="clear" w:color="auto" w:fill="92D050"/>
            <w:tcMar/>
          </w:tcPr>
          <w:p w:rsidR="000A2E87" w:rsidRDefault="00636324" w14:paraId="36E94AF6" w14:textId="77777777">
            <w:r>
              <w:rPr>
                <w:b/>
                <w:sz w:val="15"/>
              </w:rPr>
              <w:t>L (Initial)</w:t>
            </w:r>
          </w:p>
        </w:tc>
        <w:tc>
          <w:tcPr>
            <w:tcW w:w="1782" w:type="dxa"/>
            <w:shd w:val="clear" w:color="auto" w:fill="92D050"/>
            <w:tcMar/>
          </w:tcPr>
          <w:p w:rsidR="000A2E87" w:rsidRDefault="00636324" w14:paraId="2EED8979" w14:textId="77777777">
            <w:r>
              <w:rPr>
                <w:b/>
                <w:sz w:val="15"/>
              </w:rPr>
              <w:t>R (Initial)</w:t>
            </w:r>
          </w:p>
        </w:tc>
        <w:tc>
          <w:tcPr>
            <w:tcW w:w="1782" w:type="dxa"/>
            <w:shd w:val="clear" w:color="auto" w:fill="92D050"/>
            <w:tcMar/>
          </w:tcPr>
          <w:p w:rsidR="000A2E87" w:rsidRDefault="00636324" w14:paraId="69BFB315" w14:textId="77777777">
            <w:r>
              <w:rPr>
                <w:b/>
                <w:sz w:val="15"/>
              </w:rPr>
              <w:t>Control Measures</w:t>
            </w:r>
          </w:p>
        </w:tc>
        <w:tc>
          <w:tcPr>
            <w:tcW w:w="1782" w:type="dxa"/>
            <w:shd w:val="clear" w:color="auto" w:fill="92D050"/>
            <w:tcMar/>
          </w:tcPr>
          <w:p w:rsidR="000A2E87" w:rsidRDefault="00636324" w14:paraId="7A461B72" w14:textId="77777777">
            <w:r>
              <w:rPr>
                <w:b/>
                <w:sz w:val="15"/>
              </w:rPr>
              <w:t>S (Post)</w:t>
            </w:r>
          </w:p>
        </w:tc>
        <w:tc>
          <w:tcPr>
            <w:tcW w:w="1782" w:type="dxa"/>
            <w:shd w:val="clear" w:color="auto" w:fill="92D050"/>
            <w:tcMar/>
          </w:tcPr>
          <w:p w:rsidR="000A2E87" w:rsidRDefault="00636324" w14:paraId="6E97D70D" w14:textId="77777777">
            <w:r>
              <w:rPr>
                <w:b/>
                <w:sz w:val="15"/>
              </w:rPr>
              <w:t>L (Post)</w:t>
            </w:r>
          </w:p>
        </w:tc>
        <w:tc>
          <w:tcPr>
            <w:tcW w:w="1782" w:type="dxa"/>
            <w:shd w:val="clear" w:color="auto" w:fill="92D050"/>
            <w:tcMar/>
          </w:tcPr>
          <w:p w:rsidR="000A2E87" w:rsidRDefault="00636324" w14:paraId="52220AA1" w14:textId="77777777">
            <w:r>
              <w:rPr>
                <w:b/>
                <w:sz w:val="15"/>
              </w:rPr>
              <w:t>R (Post)</w:t>
            </w:r>
          </w:p>
        </w:tc>
      </w:tr>
      <w:tr w:rsidR="000A2E87" w:rsidTr="68F72208" w14:paraId="24180F52" w14:textId="77777777">
        <w:trPr>
          <w:jc w:val="center"/>
        </w:trPr>
        <w:tc>
          <w:tcPr>
            <w:tcW w:w="1782" w:type="dxa"/>
            <w:tcMar/>
          </w:tcPr>
          <w:p w:rsidR="000A2E87" w:rsidRDefault="00636324" w14:paraId="079521A4" w14:textId="77777777">
            <w:r>
              <w:rPr>
                <w:sz w:val="15"/>
              </w:rPr>
              <w:t>Room setup, slips, trips and falls from bags, chairs, cables, posters, refreshments or personal belongings</w:t>
            </w:r>
          </w:p>
        </w:tc>
        <w:tc>
          <w:tcPr>
            <w:tcW w:w="1782" w:type="dxa"/>
            <w:tcMar/>
          </w:tcPr>
          <w:p w:rsidR="000A2E87" w:rsidRDefault="00636324" w14:paraId="7F384A58" w14:textId="77777777">
            <w:r>
              <w:rPr>
                <w:sz w:val="15"/>
              </w:rPr>
              <w:t>2</w:t>
            </w:r>
          </w:p>
        </w:tc>
        <w:tc>
          <w:tcPr>
            <w:tcW w:w="1782" w:type="dxa"/>
            <w:tcMar/>
          </w:tcPr>
          <w:p w:rsidR="000A2E87" w:rsidRDefault="00636324" w14:paraId="2D8913E5" w14:textId="77777777">
            <w:r>
              <w:rPr>
                <w:sz w:val="15"/>
              </w:rPr>
              <w:t>3</w:t>
            </w:r>
          </w:p>
        </w:tc>
        <w:tc>
          <w:tcPr>
            <w:tcW w:w="1782" w:type="dxa"/>
            <w:tcMar/>
          </w:tcPr>
          <w:p w:rsidR="000A2E87" w:rsidRDefault="00636324" w14:paraId="7ECD10D4" w14:textId="77777777">
            <w:r>
              <w:rPr>
                <w:sz w:val="15"/>
              </w:rPr>
              <w:t>6</w:t>
            </w:r>
          </w:p>
        </w:tc>
        <w:tc>
          <w:tcPr>
            <w:tcW w:w="1782" w:type="dxa"/>
            <w:tcMar/>
          </w:tcPr>
          <w:p w:rsidR="000A2E87" w:rsidRDefault="00636324" w14:paraId="1C0B90A6" w14:textId="77777777">
            <w:r>
              <w:rPr>
                <w:sz w:val="14"/>
              </w:rPr>
              <w:t>Committee will check the room before the session starts, keep walkways and exits clear, store bags and equipment safely, manage cables, and report or clean spillages promptly where safe to do so.</w:t>
            </w:r>
          </w:p>
        </w:tc>
        <w:tc>
          <w:tcPr>
            <w:tcW w:w="1782" w:type="dxa"/>
            <w:tcMar/>
          </w:tcPr>
          <w:p w:rsidR="000A2E87" w:rsidRDefault="00636324" w14:paraId="02B8FF0F" w14:textId="77777777">
            <w:r>
              <w:rPr>
                <w:sz w:val="15"/>
              </w:rPr>
              <w:t>1</w:t>
            </w:r>
          </w:p>
        </w:tc>
        <w:tc>
          <w:tcPr>
            <w:tcW w:w="1782" w:type="dxa"/>
            <w:tcMar/>
          </w:tcPr>
          <w:p w:rsidR="000A2E87" w:rsidRDefault="00636324" w14:paraId="0E1D9242" w14:textId="77777777">
            <w:r>
              <w:rPr>
                <w:sz w:val="15"/>
              </w:rPr>
              <w:t>2</w:t>
            </w:r>
          </w:p>
        </w:tc>
        <w:tc>
          <w:tcPr>
            <w:tcW w:w="1782" w:type="dxa"/>
            <w:tcMar/>
          </w:tcPr>
          <w:p w:rsidR="000A2E87" w:rsidRDefault="00636324" w14:paraId="1F809D1C" w14:textId="77777777">
            <w:r>
              <w:rPr>
                <w:sz w:val="15"/>
              </w:rPr>
              <w:t>2</w:t>
            </w:r>
          </w:p>
        </w:tc>
      </w:tr>
      <w:tr w:rsidR="000A2E87" w:rsidTr="68F72208" w14:paraId="497AAB16" w14:textId="77777777">
        <w:trPr>
          <w:jc w:val="center"/>
        </w:trPr>
        <w:tc>
          <w:tcPr>
            <w:tcW w:w="1782" w:type="dxa"/>
            <w:tcMar/>
          </w:tcPr>
          <w:p w:rsidR="000A2E87" w:rsidP="68F72208" w:rsidRDefault="00636324" w14:paraId="4A106F97" w14:textId="3E4C22B5">
            <w:pPr>
              <w:rPr>
                <w:sz w:val="15"/>
                <w:szCs w:val="15"/>
              </w:rPr>
            </w:pPr>
          </w:p>
        </w:tc>
        <w:tc>
          <w:tcPr>
            <w:tcW w:w="1782" w:type="dxa"/>
            <w:tcMar/>
          </w:tcPr>
          <w:p w:rsidR="000A2E87" w:rsidP="68F72208" w:rsidRDefault="00636324" w14:paraId="7395D389" w14:textId="6B265705">
            <w:pPr>
              <w:rPr>
                <w:sz w:val="15"/>
                <w:szCs w:val="15"/>
              </w:rPr>
            </w:pPr>
          </w:p>
        </w:tc>
        <w:tc>
          <w:tcPr>
            <w:tcW w:w="1782" w:type="dxa"/>
            <w:tcMar/>
          </w:tcPr>
          <w:p w:rsidR="000A2E87" w:rsidP="68F72208" w:rsidRDefault="00636324" w14:paraId="55E12D3F" w14:textId="501C9196">
            <w:pPr>
              <w:rPr>
                <w:sz w:val="15"/>
                <w:szCs w:val="15"/>
              </w:rPr>
            </w:pPr>
          </w:p>
        </w:tc>
        <w:tc>
          <w:tcPr>
            <w:tcW w:w="1782" w:type="dxa"/>
            <w:tcMar/>
          </w:tcPr>
          <w:p w:rsidR="000A2E87" w:rsidP="68F72208" w:rsidRDefault="00636324" w14:paraId="3A91BB1B" w14:textId="580722D1">
            <w:pPr>
              <w:rPr>
                <w:sz w:val="15"/>
                <w:szCs w:val="15"/>
              </w:rPr>
            </w:pPr>
          </w:p>
        </w:tc>
        <w:tc>
          <w:tcPr>
            <w:tcW w:w="1782" w:type="dxa"/>
            <w:tcMar/>
          </w:tcPr>
          <w:p w:rsidR="000A2E87" w:rsidP="68F72208" w:rsidRDefault="00636324" w14:paraId="03C3BFE5" w14:textId="4D0835C5">
            <w:pPr>
              <w:rPr>
                <w:sz w:val="14"/>
                <w:szCs w:val="14"/>
              </w:rPr>
            </w:pPr>
          </w:p>
        </w:tc>
        <w:tc>
          <w:tcPr>
            <w:tcW w:w="1782" w:type="dxa"/>
            <w:tcMar/>
          </w:tcPr>
          <w:p w:rsidR="000A2E87" w:rsidP="68F72208" w:rsidRDefault="00636324" w14:paraId="07A579CE" w14:textId="65F606F0">
            <w:pPr>
              <w:rPr>
                <w:sz w:val="15"/>
                <w:szCs w:val="15"/>
              </w:rPr>
            </w:pPr>
          </w:p>
        </w:tc>
        <w:tc>
          <w:tcPr>
            <w:tcW w:w="1782" w:type="dxa"/>
            <w:tcMar/>
          </w:tcPr>
          <w:p w:rsidR="000A2E87" w:rsidP="68F72208" w:rsidRDefault="00636324" w14:paraId="723E7D7E" w14:textId="0FB399ED">
            <w:pPr>
              <w:rPr>
                <w:sz w:val="15"/>
                <w:szCs w:val="15"/>
              </w:rPr>
            </w:pPr>
          </w:p>
        </w:tc>
        <w:tc>
          <w:tcPr>
            <w:tcW w:w="1782" w:type="dxa"/>
            <w:tcMar/>
          </w:tcPr>
          <w:p w:rsidR="000A2E87" w:rsidP="68F72208" w:rsidRDefault="00636324" w14:paraId="62614AAD" w14:textId="5CD6E53B">
            <w:pPr>
              <w:rPr>
                <w:sz w:val="15"/>
                <w:szCs w:val="15"/>
              </w:rPr>
            </w:pPr>
          </w:p>
        </w:tc>
      </w:tr>
      <w:tr w:rsidR="000A2E87" w:rsidTr="68F72208" w14:paraId="24D6FE1B" w14:textId="77777777">
        <w:trPr>
          <w:jc w:val="center"/>
        </w:trPr>
        <w:tc>
          <w:tcPr>
            <w:tcW w:w="1782" w:type="dxa"/>
            <w:tcMar/>
          </w:tcPr>
          <w:p w:rsidR="000A2E87" w:rsidP="68F72208" w:rsidRDefault="00636324" w14:paraId="0202357A" w14:textId="117D6A99">
            <w:pPr>
              <w:rPr>
                <w:sz w:val="15"/>
                <w:szCs w:val="15"/>
              </w:rPr>
            </w:pPr>
          </w:p>
        </w:tc>
        <w:tc>
          <w:tcPr>
            <w:tcW w:w="1782" w:type="dxa"/>
            <w:tcMar/>
          </w:tcPr>
          <w:p w:rsidR="000A2E87" w:rsidP="68F72208" w:rsidRDefault="00636324" w14:paraId="29CA2B90" w14:textId="35DF4CDB">
            <w:pPr>
              <w:rPr>
                <w:sz w:val="15"/>
                <w:szCs w:val="15"/>
              </w:rPr>
            </w:pPr>
          </w:p>
        </w:tc>
        <w:tc>
          <w:tcPr>
            <w:tcW w:w="1782" w:type="dxa"/>
            <w:tcMar/>
          </w:tcPr>
          <w:p w:rsidR="000A2E87" w:rsidP="68F72208" w:rsidRDefault="00636324" w14:paraId="4BF60D87" w14:textId="2A5A3410">
            <w:pPr>
              <w:rPr>
                <w:sz w:val="15"/>
                <w:szCs w:val="15"/>
              </w:rPr>
            </w:pPr>
          </w:p>
        </w:tc>
        <w:tc>
          <w:tcPr>
            <w:tcW w:w="1782" w:type="dxa"/>
            <w:tcMar/>
          </w:tcPr>
          <w:p w:rsidR="000A2E87" w:rsidP="68F72208" w:rsidRDefault="00636324" w14:paraId="3971D932" w14:textId="079A5E63">
            <w:pPr>
              <w:rPr>
                <w:sz w:val="15"/>
                <w:szCs w:val="15"/>
              </w:rPr>
            </w:pPr>
          </w:p>
        </w:tc>
        <w:tc>
          <w:tcPr>
            <w:tcW w:w="1782" w:type="dxa"/>
            <w:tcMar/>
          </w:tcPr>
          <w:p w:rsidR="000A2E87" w:rsidP="68F72208" w:rsidRDefault="00636324" w14:paraId="5FA6353E" w14:textId="6FA532EE">
            <w:pPr>
              <w:rPr>
                <w:sz w:val="14"/>
                <w:szCs w:val="14"/>
              </w:rPr>
            </w:pPr>
          </w:p>
        </w:tc>
        <w:tc>
          <w:tcPr>
            <w:tcW w:w="1782" w:type="dxa"/>
            <w:tcMar/>
          </w:tcPr>
          <w:p w:rsidR="000A2E87" w:rsidP="68F72208" w:rsidRDefault="00636324" w14:paraId="065582D0" w14:textId="53AEE995">
            <w:pPr>
              <w:rPr>
                <w:sz w:val="15"/>
                <w:szCs w:val="15"/>
              </w:rPr>
            </w:pPr>
          </w:p>
        </w:tc>
        <w:tc>
          <w:tcPr>
            <w:tcW w:w="1782" w:type="dxa"/>
            <w:tcMar/>
          </w:tcPr>
          <w:p w:rsidR="000A2E87" w:rsidP="68F72208" w:rsidRDefault="00636324" w14:paraId="19881FA2" w14:textId="769230E9">
            <w:pPr>
              <w:rPr>
                <w:sz w:val="15"/>
                <w:szCs w:val="15"/>
              </w:rPr>
            </w:pPr>
          </w:p>
        </w:tc>
        <w:tc>
          <w:tcPr>
            <w:tcW w:w="1782" w:type="dxa"/>
            <w:tcMar/>
          </w:tcPr>
          <w:p w:rsidR="000A2E87" w:rsidP="68F72208" w:rsidRDefault="00636324" w14:paraId="16325AED" w14:textId="48AF44B2">
            <w:pPr>
              <w:rPr>
                <w:sz w:val="15"/>
                <w:szCs w:val="15"/>
              </w:rPr>
            </w:pPr>
          </w:p>
        </w:tc>
      </w:tr>
      <w:tr w:rsidR="000A2E87" w:rsidTr="68F72208" w14:paraId="198F83B8" w14:textId="77777777">
        <w:trPr>
          <w:jc w:val="center"/>
        </w:trPr>
        <w:tc>
          <w:tcPr>
            <w:tcW w:w="1782" w:type="dxa"/>
            <w:tcMar/>
          </w:tcPr>
          <w:p w:rsidR="000A2E87" w:rsidP="68F72208" w:rsidRDefault="00636324" w14:paraId="66DF1AA3" w14:textId="39B06611">
            <w:pPr>
              <w:rPr>
                <w:sz w:val="15"/>
                <w:szCs w:val="15"/>
              </w:rPr>
            </w:pPr>
          </w:p>
        </w:tc>
        <w:tc>
          <w:tcPr>
            <w:tcW w:w="1782" w:type="dxa"/>
            <w:tcMar/>
          </w:tcPr>
          <w:p w:rsidR="000A2E87" w:rsidP="68F72208" w:rsidRDefault="00636324" w14:paraId="180DCE56" w14:textId="68008969">
            <w:pPr>
              <w:rPr>
                <w:sz w:val="15"/>
                <w:szCs w:val="15"/>
              </w:rPr>
            </w:pPr>
          </w:p>
        </w:tc>
        <w:tc>
          <w:tcPr>
            <w:tcW w:w="1782" w:type="dxa"/>
            <w:tcMar/>
          </w:tcPr>
          <w:p w:rsidR="000A2E87" w:rsidP="68F72208" w:rsidRDefault="00636324" w14:paraId="64B17B07" w14:textId="5C384743">
            <w:pPr>
              <w:rPr>
                <w:sz w:val="15"/>
                <w:szCs w:val="15"/>
              </w:rPr>
            </w:pPr>
          </w:p>
        </w:tc>
        <w:tc>
          <w:tcPr>
            <w:tcW w:w="1782" w:type="dxa"/>
            <w:tcMar/>
          </w:tcPr>
          <w:p w:rsidR="000A2E87" w:rsidP="68F72208" w:rsidRDefault="00636324" w14:paraId="07C9A7D1" w14:textId="17AB463F">
            <w:pPr>
              <w:rPr>
                <w:sz w:val="15"/>
                <w:szCs w:val="15"/>
              </w:rPr>
            </w:pPr>
          </w:p>
        </w:tc>
        <w:tc>
          <w:tcPr>
            <w:tcW w:w="1782" w:type="dxa"/>
            <w:tcMar/>
          </w:tcPr>
          <w:p w:rsidR="000A2E87" w:rsidP="68F72208" w:rsidRDefault="00636324" w14:paraId="5E37C275" w14:textId="1C648D2E">
            <w:pPr>
              <w:rPr>
                <w:sz w:val="14"/>
                <w:szCs w:val="14"/>
              </w:rPr>
            </w:pPr>
          </w:p>
        </w:tc>
        <w:tc>
          <w:tcPr>
            <w:tcW w:w="1782" w:type="dxa"/>
            <w:tcMar/>
          </w:tcPr>
          <w:p w:rsidR="000A2E87" w:rsidP="68F72208" w:rsidRDefault="00636324" w14:paraId="1C2BF1ED" w14:textId="23EA3D8A">
            <w:pPr>
              <w:rPr>
                <w:sz w:val="15"/>
                <w:szCs w:val="15"/>
              </w:rPr>
            </w:pPr>
          </w:p>
        </w:tc>
        <w:tc>
          <w:tcPr>
            <w:tcW w:w="1782" w:type="dxa"/>
            <w:tcMar/>
          </w:tcPr>
          <w:p w:rsidR="000A2E87" w:rsidP="68F72208" w:rsidRDefault="00636324" w14:paraId="5CECC865" w14:textId="76719A59">
            <w:pPr>
              <w:rPr>
                <w:sz w:val="15"/>
                <w:szCs w:val="15"/>
              </w:rPr>
            </w:pPr>
          </w:p>
        </w:tc>
        <w:tc>
          <w:tcPr>
            <w:tcW w:w="1782" w:type="dxa"/>
            <w:tcMar/>
          </w:tcPr>
          <w:p w:rsidR="000A2E87" w:rsidP="68F72208" w:rsidRDefault="00636324" w14:paraId="02D0A67C" w14:textId="028DB9A8">
            <w:pPr>
              <w:rPr>
                <w:sz w:val="15"/>
                <w:szCs w:val="15"/>
              </w:rPr>
            </w:pPr>
          </w:p>
        </w:tc>
      </w:tr>
      <w:tr w:rsidR="000A2E87" w:rsidTr="68F72208" w14:paraId="7827482B" w14:textId="77777777">
        <w:trPr>
          <w:jc w:val="center"/>
        </w:trPr>
        <w:tc>
          <w:tcPr>
            <w:tcW w:w="1782" w:type="dxa"/>
            <w:tcMar/>
          </w:tcPr>
          <w:p w:rsidR="000A2E87" w:rsidP="68F72208" w:rsidRDefault="00636324" w14:paraId="31BCE4D1" w14:textId="3FC396BA">
            <w:pPr>
              <w:rPr>
                <w:sz w:val="15"/>
                <w:szCs w:val="15"/>
              </w:rPr>
            </w:pPr>
          </w:p>
        </w:tc>
        <w:tc>
          <w:tcPr>
            <w:tcW w:w="1782" w:type="dxa"/>
            <w:tcMar/>
          </w:tcPr>
          <w:p w:rsidR="000A2E87" w:rsidP="68F72208" w:rsidRDefault="00636324" w14:paraId="36A2EE88" w14:textId="7F94F838">
            <w:pPr>
              <w:rPr>
                <w:sz w:val="15"/>
                <w:szCs w:val="15"/>
              </w:rPr>
            </w:pPr>
          </w:p>
        </w:tc>
        <w:tc>
          <w:tcPr>
            <w:tcW w:w="1782" w:type="dxa"/>
            <w:tcMar/>
          </w:tcPr>
          <w:p w:rsidR="000A2E87" w:rsidP="68F72208" w:rsidRDefault="00636324" w14:paraId="23A5B19F" w14:textId="6B42EA41">
            <w:pPr>
              <w:rPr>
                <w:sz w:val="15"/>
                <w:szCs w:val="15"/>
              </w:rPr>
            </w:pPr>
          </w:p>
        </w:tc>
        <w:tc>
          <w:tcPr>
            <w:tcW w:w="1782" w:type="dxa"/>
            <w:tcMar/>
          </w:tcPr>
          <w:p w:rsidR="000A2E87" w:rsidP="68F72208" w:rsidRDefault="00636324" w14:paraId="269BEEEA" w14:textId="2A78C166">
            <w:pPr>
              <w:rPr>
                <w:sz w:val="15"/>
                <w:szCs w:val="15"/>
              </w:rPr>
            </w:pPr>
          </w:p>
        </w:tc>
        <w:tc>
          <w:tcPr>
            <w:tcW w:w="1782" w:type="dxa"/>
            <w:tcMar/>
          </w:tcPr>
          <w:p w:rsidR="000A2E87" w:rsidP="68F72208" w:rsidRDefault="00636324" w14:paraId="47294BCB" w14:textId="13E110D4">
            <w:pPr>
              <w:rPr>
                <w:sz w:val="14"/>
                <w:szCs w:val="14"/>
              </w:rPr>
            </w:pPr>
          </w:p>
        </w:tc>
        <w:tc>
          <w:tcPr>
            <w:tcW w:w="1782" w:type="dxa"/>
            <w:tcMar/>
          </w:tcPr>
          <w:p w:rsidR="000A2E87" w:rsidP="68F72208" w:rsidRDefault="00636324" w14:paraId="164D7AD9" w14:textId="723C5F93">
            <w:pPr>
              <w:rPr>
                <w:sz w:val="15"/>
                <w:szCs w:val="15"/>
              </w:rPr>
            </w:pPr>
          </w:p>
        </w:tc>
        <w:tc>
          <w:tcPr>
            <w:tcW w:w="1782" w:type="dxa"/>
            <w:tcMar/>
          </w:tcPr>
          <w:p w:rsidR="000A2E87" w:rsidP="68F72208" w:rsidRDefault="00636324" w14:paraId="356E90FA" w14:textId="673CB97F">
            <w:pPr>
              <w:rPr>
                <w:sz w:val="15"/>
                <w:szCs w:val="15"/>
              </w:rPr>
            </w:pPr>
          </w:p>
        </w:tc>
        <w:tc>
          <w:tcPr>
            <w:tcW w:w="1782" w:type="dxa"/>
            <w:tcMar/>
          </w:tcPr>
          <w:p w:rsidR="000A2E87" w:rsidP="68F72208" w:rsidRDefault="00636324" w14:paraId="6DBC9EDC" w14:textId="3DE64FBD">
            <w:pPr>
              <w:rPr>
                <w:sz w:val="15"/>
                <w:szCs w:val="15"/>
              </w:rPr>
            </w:pPr>
          </w:p>
        </w:tc>
      </w:tr>
      <w:tr w:rsidR="000A2E87" w:rsidTr="68F72208" w14:paraId="6DD2BB86" w14:textId="77777777">
        <w:trPr>
          <w:jc w:val="center"/>
        </w:trPr>
        <w:tc>
          <w:tcPr>
            <w:tcW w:w="1782" w:type="dxa"/>
            <w:tcMar/>
          </w:tcPr>
          <w:p w:rsidR="000A2E87" w:rsidP="68F72208" w:rsidRDefault="00636324" w14:paraId="16088958" w14:textId="12113D6E">
            <w:pPr>
              <w:rPr>
                <w:sz w:val="15"/>
                <w:szCs w:val="15"/>
              </w:rPr>
            </w:pPr>
          </w:p>
        </w:tc>
        <w:tc>
          <w:tcPr>
            <w:tcW w:w="1782" w:type="dxa"/>
            <w:tcMar/>
          </w:tcPr>
          <w:p w:rsidR="000A2E87" w:rsidP="68F72208" w:rsidRDefault="00636324" w14:paraId="6089A1D9" w14:textId="7B23EAE3">
            <w:pPr>
              <w:rPr>
                <w:sz w:val="15"/>
                <w:szCs w:val="15"/>
              </w:rPr>
            </w:pPr>
          </w:p>
        </w:tc>
        <w:tc>
          <w:tcPr>
            <w:tcW w:w="1782" w:type="dxa"/>
            <w:tcMar/>
          </w:tcPr>
          <w:p w:rsidR="000A2E87" w:rsidP="68F72208" w:rsidRDefault="00636324" w14:paraId="1B12FA78" w14:textId="284A91CC">
            <w:pPr>
              <w:rPr>
                <w:sz w:val="15"/>
                <w:szCs w:val="15"/>
              </w:rPr>
            </w:pPr>
          </w:p>
        </w:tc>
        <w:tc>
          <w:tcPr>
            <w:tcW w:w="1782" w:type="dxa"/>
            <w:tcMar/>
          </w:tcPr>
          <w:p w:rsidR="000A2E87" w:rsidP="68F72208" w:rsidRDefault="00636324" w14:paraId="421F9201" w14:textId="6867FB3F">
            <w:pPr>
              <w:rPr>
                <w:sz w:val="15"/>
                <w:szCs w:val="15"/>
              </w:rPr>
            </w:pPr>
          </w:p>
        </w:tc>
        <w:tc>
          <w:tcPr>
            <w:tcW w:w="1782" w:type="dxa"/>
            <w:tcMar/>
          </w:tcPr>
          <w:p w:rsidR="000A2E87" w:rsidP="68F72208" w:rsidRDefault="00636324" w14:paraId="503103FC" w14:textId="3F6F7357">
            <w:pPr>
              <w:rPr>
                <w:sz w:val="14"/>
                <w:szCs w:val="14"/>
              </w:rPr>
            </w:pPr>
          </w:p>
        </w:tc>
        <w:tc>
          <w:tcPr>
            <w:tcW w:w="1782" w:type="dxa"/>
            <w:tcMar/>
          </w:tcPr>
          <w:p w:rsidR="000A2E87" w:rsidP="68F72208" w:rsidRDefault="00636324" w14:paraId="0372A94D" w14:textId="180EA5F6">
            <w:pPr>
              <w:rPr>
                <w:sz w:val="15"/>
                <w:szCs w:val="15"/>
              </w:rPr>
            </w:pPr>
          </w:p>
        </w:tc>
        <w:tc>
          <w:tcPr>
            <w:tcW w:w="1782" w:type="dxa"/>
            <w:tcMar/>
          </w:tcPr>
          <w:p w:rsidR="000A2E87" w:rsidP="68F72208" w:rsidRDefault="00636324" w14:paraId="60D59EC6" w14:textId="19C81BCA">
            <w:pPr>
              <w:rPr>
                <w:sz w:val="15"/>
                <w:szCs w:val="15"/>
              </w:rPr>
            </w:pPr>
          </w:p>
        </w:tc>
        <w:tc>
          <w:tcPr>
            <w:tcW w:w="1782" w:type="dxa"/>
            <w:tcMar/>
          </w:tcPr>
          <w:p w:rsidR="000A2E87" w:rsidP="68F72208" w:rsidRDefault="00636324" w14:paraId="7E390DC8" w14:textId="4A47898A">
            <w:pPr>
              <w:rPr>
                <w:sz w:val="15"/>
                <w:szCs w:val="15"/>
              </w:rPr>
            </w:pPr>
          </w:p>
        </w:tc>
      </w:tr>
      <w:tr w:rsidR="000A2E87" w:rsidTr="68F72208" w14:paraId="4D51FBA5" w14:textId="77777777">
        <w:trPr>
          <w:jc w:val="center"/>
        </w:trPr>
        <w:tc>
          <w:tcPr>
            <w:tcW w:w="1782" w:type="dxa"/>
            <w:tcMar/>
          </w:tcPr>
          <w:p w:rsidR="000A2E87" w:rsidP="68F72208" w:rsidRDefault="00636324" w14:paraId="4870E5E9" w14:textId="3AF2B6F1">
            <w:pPr>
              <w:rPr>
                <w:sz w:val="15"/>
                <w:szCs w:val="15"/>
              </w:rPr>
            </w:pPr>
          </w:p>
        </w:tc>
        <w:tc>
          <w:tcPr>
            <w:tcW w:w="1782" w:type="dxa"/>
            <w:tcMar/>
          </w:tcPr>
          <w:p w:rsidR="000A2E87" w:rsidP="68F72208" w:rsidRDefault="00636324" w14:paraId="2E30FA95" w14:textId="2AAB8CAC">
            <w:pPr>
              <w:rPr>
                <w:sz w:val="15"/>
                <w:szCs w:val="15"/>
              </w:rPr>
            </w:pPr>
          </w:p>
        </w:tc>
        <w:tc>
          <w:tcPr>
            <w:tcW w:w="1782" w:type="dxa"/>
            <w:tcMar/>
          </w:tcPr>
          <w:p w:rsidR="000A2E87" w:rsidP="68F72208" w:rsidRDefault="00636324" w14:paraId="2809DEED" w14:textId="6AA88462">
            <w:pPr>
              <w:rPr>
                <w:sz w:val="15"/>
                <w:szCs w:val="15"/>
              </w:rPr>
            </w:pPr>
          </w:p>
        </w:tc>
        <w:tc>
          <w:tcPr>
            <w:tcW w:w="1782" w:type="dxa"/>
            <w:tcMar/>
          </w:tcPr>
          <w:p w:rsidR="000A2E87" w:rsidP="68F72208" w:rsidRDefault="00636324" w14:paraId="1DB9F7CD" w14:textId="3BF5A510">
            <w:pPr>
              <w:rPr>
                <w:sz w:val="15"/>
                <w:szCs w:val="15"/>
              </w:rPr>
            </w:pPr>
          </w:p>
        </w:tc>
        <w:tc>
          <w:tcPr>
            <w:tcW w:w="1782" w:type="dxa"/>
            <w:tcMar/>
          </w:tcPr>
          <w:p w:rsidR="000A2E87" w:rsidP="68F72208" w:rsidRDefault="00636324" w14:paraId="026434D0" w14:textId="58E72BAF">
            <w:pPr>
              <w:rPr>
                <w:sz w:val="14"/>
                <w:szCs w:val="14"/>
              </w:rPr>
            </w:pPr>
          </w:p>
        </w:tc>
        <w:tc>
          <w:tcPr>
            <w:tcW w:w="1782" w:type="dxa"/>
            <w:tcMar/>
          </w:tcPr>
          <w:p w:rsidR="000A2E87" w:rsidP="68F72208" w:rsidRDefault="00636324" w14:paraId="594AD206" w14:textId="4C385C7D">
            <w:pPr>
              <w:rPr>
                <w:sz w:val="15"/>
                <w:szCs w:val="15"/>
              </w:rPr>
            </w:pPr>
          </w:p>
        </w:tc>
        <w:tc>
          <w:tcPr>
            <w:tcW w:w="1782" w:type="dxa"/>
            <w:tcMar/>
          </w:tcPr>
          <w:p w:rsidR="000A2E87" w:rsidP="68F72208" w:rsidRDefault="00636324" w14:paraId="26680E72" w14:textId="5AD7FDA8">
            <w:pPr>
              <w:rPr>
                <w:sz w:val="15"/>
                <w:szCs w:val="15"/>
              </w:rPr>
            </w:pPr>
          </w:p>
        </w:tc>
        <w:tc>
          <w:tcPr>
            <w:tcW w:w="1782" w:type="dxa"/>
            <w:tcMar/>
          </w:tcPr>
          <w:p w:rsidR="000A2E87" w:rsidP="68F72208" w:rsidRDefault="00636324" w14:paraId="00FEE2DD" w14:textId="37EACB5C">
            <w:pPr>
              <w:rPr>
                <w:sz w:val="15"/>
                <w:szCs w:val="15"/>
              </w:rPr>
            </w:pPr>
          </w:p>
        </w:tc>
      </w:tr>
      <w:tr w:rsidR="000A2E87" w:rsidTr="68F72208" w14:paraId="001EE8EB" w14:textId="77777777">
        <w:trPr>
          <w:jc w:val="center"/>
        </w:trPr>
        <w:tc>
          <w:tcPr>
            <w:tcW w:w="1782" w:type="dxa"/>
            <w:tcMar/>
          </w:tcPr>
          <w:p w:rsidR="000A2E87" w:rsidP="68F72208" w:rsidRDefault="00636324" w14:paraId="5D2FCE18" w14:textId="783E1305">
            <w:pPr>
              <w:rPr>
                <w:sz w:val="15"/>
                <w:szCs w:val="15"/>
              </w:rPr>
            </w:pPr>
          </w:p>
        </w:tc>
        <w:tc>
          <w:tcPr>
            <w:tcW w:w="1782" w:type="dxa"/>
            <w:tcMar/>
          </w:tcPr>
          <w:p w:rsidR="000A2E87" w:rsidP="68F72208" w:rsidRDefault="00636324" w14:paraId="0E025C44" w14:textId="61A2E018">
            <w:pPr>
              <w:rPr>
                <w:sz w:val="15"/>
                <w:szCs w:val="15"/>
              </w:rPr>
            </w:pPr>
          </w:p>
        </w:tc>
        <w:tc>
          <w:tcPr>
            <w:tcW w:w="1782" w:type="dxa"/>
            <w:tcMar/>
          </w:tcPr>
          <w:p w:rsidR="000A2E87" w:rsidP="68F72208" w:rsidRDefault="00636324" w14:paraId="0B9A659D" w14:textId="0C6C2F6B">
            <w:pPr>
              <w:rPr>
                <w:sz w:val="15"/>
                <w:szCs w:val="15"/>
              </w:rPr>
            </w:pPr>
          </w:p>
        </w:tc>
        <w:tc>
          <w:tcPr>
            <w:tcW w:w="1782" w:type="dxa"/>
            <w:tcMar/>
          </w:tcPr>
          <w:p w:rsidR="000A2E87" w:rsidP="68F72208" w:rsidRDefault="00636324" w14:paraId="3D38E165" w14:textId="4607DD87">
            <w:pPr>
              <w:rPr>
                <w:sz w:val="15"/>
                <w:szCs w:val="15"/>
              </w:rPr>
            </w:pPr>
          </w:p>
        </w:tc>
        <w:tc>
          <w:tcPr>
            <w:tcW w:w="1782" w:type="dxa"/>
            <w:tcMar/>
          </w:tcPr>
          <w:p w:rsidR="000A2E87" w:rsidP="68F72208" w:rsidRDefault="00636324" w14:paraId="4A2BC3B8" w14:textId="5CBE07E7">
            <w:pPr>
              <w:rPr>
                <w:sz w:val="14"/>
                <w:szCs w:val="14"/>
              </w:rPr>
            </w:pPr>
          </w:p>
        </w:tc>
        <w:tc>
          <w:tcPr>
            <w:tcW w:w="1782" w:type="dxa"/>
            <w:tcMar/>
          </w:tcPr>
          <w:p w:rsidR="000A2E87" w:rsidP="68F72208" w:rsidRDefault="00636324" w14:paraId="0C00567E" w14:textId="6C5EA520">
            <w:pPr>
              <w:rPr>
                <w:sz w:val="15"/>
                <w:szCs w:val="15"/>
              </w:rPr>
            </w:pPr>
          </w:p>
        </w:tc>
        <w:tc>
          <w:tcPr>
            <w:tcW w:w="1782" w:type="dxa"/>
            <w:tcMar/>
          </w:tcPr>
          <w:p w:rsidR="000A2E87" w:rsidP="68F72208" w:rsidRDefault="00636324" w14:paraId="0402E1CA" w14:textId="53F5636A">
            <w:pPr>
              <w:rPr>
                <w:sz w:val="15"/>
                <w:szCs w:val="15"/>
              </w:rPr>
            </w:pPr>
          </w:p>
        </w:tc>
        <w:tc>
          <w:tcPr>
            <w:tcW w:w="1782" w:type="dxa"/>
            <w:tcMar/>
          </w:tcPr>
          <w:p w:rsidR="000A2E87" w:rsidP="68F72208" w:rsidRDefault="00636324" w14:paraId="7D9CB6D4" w14:textId="7E01F926">
            <w:pPr>
              <w:rPr>
                <w:sz w:val="15"/>
                <w:szCs w:val="15"/>
              </w:rPr>
            </w:pPr>
          </w:p>
        </w:tc>
      </w:tr>
      <w:tr w:rsidR="000A2E87" w:rsidTr="68F72208" w14:paraId="46B23E9B" w14:textId="77777777">
        <w:trPr>
          <w:jc w:val="center"/>
        </w:trPr>
        <w:tc>
          <w:tcPr>
            <w:tcW w:w="1782" w:type="dxa"/>
            <w:tcMar/>
          </w:tcPr>
          <w:p w:rsidR="000A2E87" w:rsidP="68F72208" w:rsidRDefault="00636324" w14:paraId="3CDA2343" w14:textId="18BB781B">
            <w:pPr>
              <w:rPr>
                <w:sz w:val="15"/>
                <w:szCs w:val="15"/>
              </w:rPr>
            </w:pPr>
          </w:p>
        </w:tc>
        <w:tc>
          <w:tcPr>
            <w:tcW w:w="1782" w:type="dxa"/>
            <w:tcMar/>
          </w:tcPr>
          <w:p w:rsidR="000A2E87" w:rsidP="68F72208" w:rsidRDefault="00636324" w14:paraId="17879B68" w14:textId="2BC1A8E4">
            <w:pPr>
              <w:rPr>
                <w:sz w:val="15"/>
                <w:szCs w:val="15"/>
              </w:rPr>
            </w:pPr>
          </w:p>
        </w:tc>
        <w:tc>
          <w:tcPr>
            <w:tcW w:w="1782" w:type="dxa"/>
            <w:tcMar/>
          </w:tcPr>
          <w:p w:rsidR="000A2E87" w:rsidP="68F72208" w:rsidRDefault="00636324" w14:paraId="4861B361" w14:textId="5672BBB4">
            <w:pPr>
              <w:rPr>
                <w:sz w:val="15"/>
                <w:szCs w:val="15"/>
              </w:rPr>
            </w:pPr>
          </w:p>
        </w:tc>
        <w:tc>
          <w:tcPr>
            <w:tcW w:w="1782" w:type="dxa"/>
            <w:tcMar/>
          </w:tcPr>
          <w:p w:rsidR="000A2E87" w:rsidP="68F72208" w:rsidRDefault="00636324" w14:paraId="672B7ED5" w14:textId="556155A8">
            <w:pPr>
              <w:rPr>
                <w:sz w:val="15"/>
                <w:szCs w:val="15"/>
              </w:rPr>
            </w:pPr>
          </w:p>
        </w:tc>
        <w:tc>
          <w:tcPr>
            <w:tcW w:w="1782" w:type="dxa"/>
            <w:tcMar/>
          </w:tcPr>
          <w:p w:rsidR="000A2E87" w:rsidP="68F72208" w:rsidRDefault="00636324" w14:paraId="0AAD8F1E" w14:textId="4AB4D787">
            <w:pPr>
              <w:rPr>
                <w:sz w:val="14"/>
                <w:szCs w:val="14"/>
              </w:rPr>
            </w:pPr>
          </w:p>
        </w:tc>
        <w:tc>
          <w:tcPr>
            <w:tcW w:w="1782" w:type="dxa"/>
            <w:tcMar/>
          </w:tcPr>
          <w:p w:rsidR="000A2E87" w:rsidP="68F72208" w:rsidRDefault="00636324" w14:paraId="3F582E4A" w14:textId="54F034DB">
            <w:pPr>
              <w:rPr>
                <w:sz w:val="15"/>
                <w:szCs w:val="15"/>
              </w:rPr>
            </w:pPr>
          </w:p>
        </w:tc>
        <w:tc>
          <w:tcPr>
            <w:tcW w:w="1782" w:type="dxa"/>
            <w:tcMar/>
          </w:tcPr>
          <w:p w:rsidR="000A2E87" w:rsidP="68F72208" w:rsidRDefault="00636324" w14:paraId="34F4B628" w14:textId="359E8A4F">
            <w:pPr>
              <w:rPr>
                <w:sz w:val="15"/>
                <w:szCs w:val="15"/>
              </w:rPr>
            </w:pPr>
          </w:p>
        </w:tc>
        <w:tc>
          <w:tcPr>
            <w:tcW w:w="1782" w:type="dxa"/>
            <w:tcMar/>
          </w:tcPr>
          <w:p w:rsidR="000A2E87" w:rsidP="68F72208" w:rsidRDefault="00636324" w14:paraId="2AFCFE3D" w14:textId="6F3DC03E">
            <w:pPr>
              <w:rPr>
                <w:sz w:val="15"/>
                <w:szCs w:val="15"/>
              </w:rPr>
            </w:pPr>
          </w:p>
        </w:tc>
      </w:tr>
      <w:tr w:rsidR="000A2E87" w:rsidTr="68F72208" w14:paraId="61B80672" w14:textId="77777777">
        <w:trPr>
          <w:jc w:val="center"/>
        </w:trPr>
        <w:tc>
          <w:tcPr>
            <w:tcW w:w="1782" w:type="dxa"/>
            <w:tcMar/>
          </w:tcPr>
          <w:p w:rsidR="000A2E87" w:rsidP="68F72208" w:rsidRDefault="00636324" w14:paraId="3F188EFC" w14:textId="301FE39B">
            <w:pPr>
              <w:rPr>
                <w:sz w:val="15"/>
                <w:szCs w:val="15"/>
              </w:rPr>
            </w:pPr>
          </w:p>
        </w:tc>
        <w:tc>
          <w:tcPr>
            <w:tcW w:w="1782" w:type="dxa"/>
            <w:tcMar/>
          </w:tcPr>
          <w:p w:rsidR="000A2E87" w:rsidP="68F72208" w:rsidRDefault="00636324" w14:paraId="2C3228BF" w14:textId="02FAE938">
            <w:pPr>
              <w:rPr>
                <w:sz w:val="15"/>
                <w:szCs w:val="15"/>
              </w:rPr>
            </w:pPr>
          </w:p>
        </w:tc>
        <w:tc>
          <w:tcPr>
            <w:tcW w:w="1782" w:type="dxa"/>
            <w:tcMar/>
          </w:tcPr>
          <w:p w:rsidR="000A2E87" w:rsidP="68F72208" w:rsidRDefault="00636324" w14:paraId="1B520101" w14:textId="4E785894">
            <w:pPr>
              <w:rPr>
                <w:sz w:val="15"/>
                <w:szCs w:val="15"/>
              </w:rPr>
            </w:pPr>
          </w:p>
        </w:tc>
        <w:tc>
          <w:tcPr>
            <w:tcW w:w="1782" w:type="dxa"/>
            <w:tcMar/>
          </w:tcPr>
          <w:p w:rsidR="000A2E87" w:rsidP="68F72208" w:rsidRDefault="00636324" w14:paraId="33FD4022" w14:textId="7399D68A">
            <w:pPr>
              <w:rPr>
                <w:sz w:val="15"/>
                <w:szCs w:val="15"/>
              </w:rPr>
            </w:pPr>
          </w:p>
        </w:tc>
        <w:tc>
          <w:tcPr>
            <w:tcW w:w="1782" w:type="dxa"/>
            <w:tcMar/>
          </w:tcPr>
          <w:p w:rsidR="000A2E87" w:rsidP="68F72208" w:rsidRDefault="00636324" w14:paraId="159217BE" w14:textId="76E3CD24">
            <w:pPr>
              <w:rPr>
                <w:sz w:val="14"/>
                <w:szCs w:val="14"/>
              </w:rPr>
            </w:pPr>
          </w:p>
        </w:tc>
        <w:tc>
          <w:tcPr>
            <w:tcW w:w="1782" w:type="dxa"/>
            <w:tcMar/>
          </w:tcPr>
          <w:p w:rsidR="000A2E87" w:rsidP="68F72208" w:rsidRDefault="00636324" w14:paraId="20A5A120" w14:textId="2E369803">
            <w:pPr>
              <w:rPr>
                <w:sz w:val="15"/>
                <w:szCs w:val="15"/>
              </w:rPr>
            </w:pPr>
          </w:p>
        </w:tc>
        <w:tc>
          <w:tcPr>
            <w:tcW w:w="1782" w:type="dxa"/>
            <w:tcMar/>
          </w:tcPr>
          <w:p w:rsidR="000A2E87" w:rsidP="68F72208" w:rsidRDefault="00636324" w14:paraId="0D231EF2" w14:textId="564E03AE">
            <w:pPr>
              <w:rPr>
                <w:sz w:val="15"/>
                <w:szCs w:val="15"/>
              </w:rPr>
            </w:pPr>
          </w:p>
        </w:tc>
        <w:tc>
          <w:tcPr>
            <w:tcW w:w="1782" w:type="dxa"/>
            <w:tcMar/>
          </w:tcPr>
          <w:p w:rsidR="000A2E87" w:rsidP="68F72208" w:rsidRDefault="00636324" w14:paraId="1766E6FC" w14:textId="74F57C47">
            <w:pPr>
              <w:rPr>
                <w:sz w:val="15"/>
                <w:szCs w:val="15"/>
              </w:rPr>
            </w:pPr>
          </w:p>
        </w:tc>
      </w:tr>
      <w:tr w:rsidR="000A2E87" w:rsidTr="68F72208" w14:paraId="6B6CC88B" w14:textId="77777777">
        <w:trPr>
          <w:jc w:val="center"/>
        </w:trPr>
        <w:tc>
          <w:tcPr>
            <w:tcW w:w="1782" w:type="dxa"/>
            <w:tcMar/>
          </w:tcPr>
          <w:p w:rsidR="000A2E87" w:rsidP="68F72208" w:rsidRDefault="00636324" w14:paraId="6BDC2664" w14:textId="5761CEBF">
            <w:pPr>
              <w:rPr>
                <w:sz w:val="15"/>
                <w:szCs w:val="15"/>
              </w:rPr>
            </w:pPr>
          </w:p>
        </w:tc>
        <w:tc>
          <w:tcPr>
            <w:tcW w:w="1782" w:type="dxa"/>
            <w:tcMar/>
          </w:tcPr>
          <w:p w:rsidR="000A2E87" w:rsidP="68F72208" w:rsidRDefault="00636324" w14:paraId="77B9C881" w14:textId="136FD1EB">
            <w:pPr>
              <w:rPr>
                <w:sz w:val="15"/>
                <w:szCs w:val="15"/>
              </w:rPr>
            </w:pPr>
          </w:p>
        </w:tc>
        <w:tc>
          <w:tcPr>
            <w:tcW w:w="1782" w:type="dxa"/>
            <w:tcMar/>
          </w:tcPr>
          <w:p w:rsidR="000A2E87" w:rsidP="68F72208" w:rsidRDefault="00636324" w14:paraId="2D4DF892" w14:textId="1A8608DE">
            <w:pPr>
              <w:rPr>
                <w:sz w:val="15"/>
                <w:szCs w:val="15"/>
              </w:rPr>
            </w:pPr>
          </w:p>
        </w:tc>
        <w:tc>
          <w:tcPr>
            <w:tcW w:w="1782" w:type="dxa"/>
            <w:tcMar/>
          </w:tcPr>
          <w:p w:rsidR="000A2E87" w:rsidP="68F72208" w:rsidRDefault="00636324" w14:paraId="2345CEAF" w14:textId="1FE41BD3">
            <w:pPr>
              <w:rPr>
                <w:sz w:val="15"/>
                <w:szCs w:val="15"/>
              </w:rPr>
            </w:pPr>
          </w:p>
        </w:tc>
        <w:tc>
          <w:tcPr>
            <w:tcW w:w="1782" w:type="dxa"/>
            <w:tcMar/>
          </w:tcPr>
          <w:p w:rsidR="000A2E87" w:rsidP="68F72208" w:rsidRDefault="00636324" w14:paraId="4816DAA7" w14:textId="3C74A979">
            <w:pPr>
              <w:rPr>
                <w:sz w:val="14"/>
                <w:szCs w:val="14"/>
              </w:rPr>
            </w:pPr>
          </w:p>
        </w:tc>
        <w:tc>
          <w:tcPr>
            <w:tcW w:w="1782" w:type="dxa"/>
            <w:tcMar/>
          </w:tcPr>
          <w:p w:rsidR="000A2E87" w:rsidP="68F72208" w:rsidRDefault="00636324" w14:paraId="2FCF12A8" w14:textId="2885F79E">
            <w:pPr>
              <w:rPr>
                <w:sz w:val="15"/>
                <w:szCs w:val="15"/>
              </w:rPr>
            </w:pPr>
          </w:p>
        </w:tc>
        <w:tc>
          <w:tcPr>
            <w:tcW w:w="1782" w:type="dxa"/>
            <w:tcMar/>
          </w:tcPr>
          <w:p w:rsidR="000A2E87" w:rsidP="68F72208" w:rsidRDefault="00636324" w14:paraId="360B96A4" w14:textId="7A4459CD">
            <w:pPr>
              <w:rPr>
                <w:sz w:val="15"/>
                <w:szCs w:val="15"/>
              </w:rPr>
            </w:pPr>
          </w:p>
        </w:tc>
        <w:tc>
          <w:tcPr>
            <w:tcW w:w="1782" w:type="dxa"/>
            <w:tcMar/>
          </w:tcPr>
          <w:p w:rsidR="000A2E87" w:rsidP="68F72208" w:rsidRDefault="00636324" w14:paraId="759EE2B9" w14:textId="64CAC725">
            <w:pPr>
              <w:rPr>
                <w:sz w:val="15"/>
                <w:szCs w:val="15"/>
              </w:rPr>
            </w:pPr>
          </w:p>
        </w:tc>
      </w:tr>
      <w:tr w:rsidR="000A2E87" w:rsidTr="68F72208" w14:paraId="715B4E58" w14:textId="77777777">
        <w:trPr>
          <w:jc w:val="center"/>
        </w:trPr>
        <w:tc>
          <w:tcPr>
            <w:tcW w:w="1782" w:type="dxa"/>
            <w:tcMar/>
          </w:tcPr>
          <w:p w:rsidR="000A2E87" w:rsidP="68F72208" w:rsidRDefault="00636324" w14:paraId="475667B8" w14:textId="057CD000">
            <w:pPr>
              <w:rPr>
                <w:sz w:val="15"/>
                <w:szCs w:val="15"/>
              </w:rPr>
            </w:pPr>
          </w:p>
        </w:tc>
        <w:tc>
          <w:tcPr>
            <w:tcW w:w="1782" w:type="dxa"/>
            <w:tcMar/>
          </w:tcPr>
          <w:p w:rsidR="000A2E87" w:rsidP="68F72208" w:rsidRDefault="00636324" w14:paraId="58D5D4FC" w14:textId="41C4F337">
            <w:pPr>
              <w:rPr>
                <w:sz w:val="15"/>
                <w:szCs w:val="15"/>
              </w:rPr>
            </w:pPr>
          </w:p>
        </w:tc>
        <w:tc>
          <w:tcPr>
            <w:tcW w:w="1782" w:type="dxa"/>
            <w:tcMar/>
          </w:tcPr>
          <w:p w:rsidR="000A2E87" w:rsidP="68F72208" w:rsidRDefault="00636324" w14:paraId="1E58AAE7" w14:textId="3534F9B9">
            <w:pPr>
              <w:rPr>
                <w:sz w:val="15"/>
                <w:szCs w:val="15"/>
              </w:rPr>
            </w:pPr>
          </w:p>
        </w:tc>
        <w:tc>
          <w:tcPr>
            <w:tcW w:w="1782" w:type="dxa"/>
            <w:tcMar/>
          </w:tcPr>
          <w:p w:rsidR="000A2E87" w:rsidP="68F72208" w:rsidRDefault="00636324" w14:paraId="4AA13436" w14:textId="4F056AB8">
            <w:pPr>
              <w:rPr>
                <w:sz w:val="15"/>
                <w:szCs w:val="15"/>
              </w:rPr>
            </w:pPr>
          </w:p>
        </w:tc>
        <w:tc>
          <w:tcPr>
            <w:tcW w:w="1782" w:type="dxa"/>
            <w:tcMar/>
          </w:tcPr>
          <w:p w:rsidR="000A2E87" w:rsidP="68F72208" w:rsidRDefault="00636324" w14:paraId="255CE2B8" w14:textId="43DBB978">
            <w:pPr>
              <w:rPr>
                <w:sz w:val="14"/>
                <w:szCs w:val="14"/>
              </w:rPr>
            </w:pPr>
          </w:p>
        </w:tc>
        <w:tc>
          <w:tcPr>
            <w:tcW w:w="1782" w:type="dxa"/>
            <w:tcMar/>
          </w:tcPr>
          <w:p w:rsidR="000A2E87" w:rsidP="68F72208" w:rsidRDefault="00636324" w14:paraId="77728448" w14:textId="0B93EB73">
            <w:pPr>
              <w:rPr>
                <w:sz w:val="15"/>
                <w:szCs w:val="15"/>
              </w:rPr>
            </w:pPr>
          </w:p>
        </w:tc>
        <w:tc>
          <w:tcPr>
            <w:tcW w:w="1782" w:type="dxa"/>
            <w:tcMar/>
          </w:tcPr>
          <w:p w:rsidR="000A2E87" w:rsidP="68F72208" w:rsidRDefault="00636324" w14:paraId="7F49BD62" w14:textId="7DF8FAB7">
            <w:pPr>
              <w:rPr>
                <w:sz w:val="15"/>
                <w:szCs w:val="15"/>
              </w:rPr>
            </w:pPr>
          </w:p>
        </w:tc>
        <w:tc>
          <w:tcPr>
            <w:tcW w:w="1782" w:type="dxa"/>
            <w:tcMar/>
          </w:tcPr>
          <w:p w:rsidR="000A2E87" w:rsidP="68F72208" w:rsidRDefault="00636324" w14:paraId="4AF342ED" w14:textId="08AFFEB1">
            <w:pPr>
              <w:rPr>
                <w:sz w:val="15"/>
                <w:szCs w:val="15"/>
              </w:rPr>
            </w:pPr>
          </w:p>
        </w:tc>
      </w:tr>
      <w:tr w:rsidR="000A2E87" w:rsidTr="68F72208" w14:paraId="2077F922" w14:textId="77777777">
        <w:trPr>
          <w:jc w:val="center"/>
        </w:trPr>
        <w:tc>
          <w:tcPr>
            <w:tcW w:w="1782" w:type="dxa"/>
            <w:tcMar/>
          </w:tcPr>
          <w:p w:rsidR="000A2E87" w:rsidP="68F72208" w:rsidRDefault="00636324" w14:paraId="56D97469" w14:textId="4E91C506">
            <w:pPr>
              <w:rPr>
                <w:sz w:val="15"/>
                <w:szCs w:val="15"/>
              </w:rPr>
            </w:pPr>
          </w:p>
        </w:tc>
        <w:tc>
          <w:tcPr>
            <w:tcW w:w="1782" w:type="dxa"/>
            <w:tcMar/>
          </w:tcPr>
          <w:p w:rsidR="000A2E87" w:rsidP="68F72208" w:rsidRDefault="00636324" w14:paraId="6F53D674" w14:textId="063DFD8E">
            <w:pPr>
              <w:rPr>
                <w:sz w:val="15"/>
                <w:szCs w:val="15"/>
              </w:rPr>
            </w:pPr>
          </w:p>
        </w:tc>
        <w:tc>
          <w:tcPr>
            <w:tcW w:w="1782" w:type="dxa"/>
            <w:tcMar/>
          </w:tcPr>
          <w:p w:rsidR="000A2E87" w:rsidP="68F72208" w:rsidRDefault="00636324" w14:paraId="7E571912" w14:textId="310F13A4">
            <w:pPr>
              <w:rPr>
                <w:sz w:val="15"/>
                <w:szCs w:val="15"/>
              </w:rPr>
            </w:pPr>
          </w:p>
        </w:tc>
        <w:tc>
          <w:tcPr>
            <w:tcW w:w="1782" w:type="dxa"/>
            <w:tcMar/>
          </w:tcPr>
          <w:p w:rsidR="000A2E87" w:rsidP="68F72208" w:rsidRDefault="00636324" w14:paraId="6E69CE55" w14:textId="2C42C324">
            <w:pPr>
              <w:rPr>
                <w:sz w:val="15"/>
                <w:szCs w:val="15"/>
              </w:rPr>
            </w:pPr>
          </w:p>
        </w:tc>
        <w:tc>
          <w:tcPr>
            <w:tcW w:w="1782" w:type="dxa"/>
            <w:tcMar/>
          </w:tcPr>
          <w:p w:rsidR="000A2E87" w:rsidP="68F72208" w:rsidRDefault="00636324" w14:paraId="6C1D8A63" w14:textId="4029F4A4">
            <w:pPr>
              <w:rPr>
                <w:sz w:val="14"/>
                <w:szCs w:val="14"/>
              </w:rPr>
            </w:pPr>
          </w:p>
        </w:tc>
        <w:tc>
          <w:tcPr>
            <w:tcW w:w="1782" w:type="dxa"/>
            <w:tcMar/>
          </w:tcPr>
          <w:p w:rsidR="000A2E87" w:rsidP="68F72208" w:rsidRDefault="00636324" w14:paraId="4452ED61" w14:textId="35341754">
            <w:pPr>
              <w:rPr>
                <w:sz w:val="15"/>
                <w:szCs w:val="15"/>
              </w:rPr>
            </w:pPr>
          </w:p>
        </w:tc>
        <w:tc>
          <w:tcPr>
            <w:tcW w:w="1782" w:type="dxa"/>
            <w:tcMar/>
          </w:tcPr>
          <w:p w:rsidR="000A2E87" w:rsidP="68F72208" w:rsidRDefault="00636324" w14:paraId="3C696DFE" w14:textId="73A17691">
            <w:pPr>
              <w:rPr>
                <w:sz w:val="15"/>
                <w:szCs w:val="15"/>
              </w:rPr>
            </w:pPr>
          </w:p>
        </w:tc>
        <w:tc>
          <w:tcPr>
            <w:tcW w:w="1782" w:type="dxa"/>
            <w:tcMar/>
          </w:tcPr>
          <w:p w:rsidR="000A2E87" w:rsidP="68F72208" w:rsidRDefault="00636324" w14:paraId="33AD7540" w14:textId="4D889C0D">
            <w:pPr>
              <w:rPr>
                <w:sz w:val="15"/>
                <w:szCs w:val="15"/>
              </w:rPr>
            </w:pPr>
          </w:p>
        </w:tc>
      </w:tr>
      <w:tr w:rsidR="000A2E87" w:rsidTr="68F72208" w14:paraId="68576F15" w14:textId="77777777">
        <w:trPr>
          <w:jc w:val="center"/>
        </w:trPr>
        <w:tc>
          <w:tcPr>
            <w:tcW w:w="1782" w:type="dxa"/>
            <w:tcMar/>
          </w:tcPr>
          <w:p w:rsidR="000A2E87" w:rsidP="68F72208" w:rsidRDefault="00636324" w14:paraId="359D61DF" w14:textId="11A8D069">
            <w:pPr>
              <w:rPr>
                <w:sz w:val="15"/>
                <w:szCs w:val="15"/>
              </w:rPr>
            </w:pPr>
          </w:p>
        </w:tc>
        <w:tc>
          <w:tcPr>
            <w:tcW w:w="1782" w:type="dxa"/>
            <w:tcMar/>
          </w:tcPr>
          <w:p w:rsidR="000A2E87" w:rsidP="68F72208" w:rsidRDefault="00636324" w14:paraId="71C07DA7" w14:textId="3E378ADE">
            <w:pPr>
              <w:rPr>
                <w:sz w:val="15"/>
                <w:szCs w:val="15"/>
              </w:rPr>
            </w:pPr>
          </w:p>
        </w:tc>
        <w:tc>
          <w:tcPr>
            <w:tcW w:w="1782" w:type="dxa"/>
            <w:tcMar/>
          </w:tcPr>
          <w:p w:rsidR="000A2E87" w:rsidP="68F72208" w:rsidRDefault="00636324" w14:paraId="00A1611D" w14:textId="075C0B41">
            <w:pPr>
              <w:rPr>
                <w:sz w:val="15"/>
                <w:szCs w:val="15"/>
              </w:rPr>
            </w:pPr>
          </w:p>
        </w:tc>
        <w:tc>
          <w:tcPr>
            <w:tcW w:w="1782" w:type="dxa"/>
            <w:tcMar/>
          </w:tcPr>
          <w:p w:rsidR="000A2E87" w:rsidP="68F72208" w:rsidRDefault="00636324" w14:paraId="4A17494F" w14:textId="3CE0590C">
            <w:pPr>
              <w:rPr>
                <w:sz w:val="15"/>
                <w:szCs w:val="15"/>
              </w:rPr>
            </w:pPr>
          </w:p>
        </w:tc>
        <w:tc>
          <w:tcPr>
            <w:tcW w:w="1782" w:type="dxa"/>
            <w:tcMar/>
          </w:tcPr>
          <w:p w:rsidR="000A2E87" w:rsidP="68F72208" w:rsidRDefault="00636324" w14:paraId="7A64493E" w14:textId="680295FA">
            <w:pPr>
              <w:rPr>
                <w:sz w:val="14"/>
                <w:szCs w:val="14"/>
              </w:rPr>
            </w:pPr>
          </w:p>
        </w:tc>
        <w:tc>
          <w:tcPr>
            <w:tcW w:w="1782" w:type="dxa"/>
            <w:tcMar/>
          </w:tcPr>
          <w:p w:rsidR="000A2E87" w:rsidP="68F72208" w:rsidRDefault="00636324" w14:paraId="745ACA41" w14:textId="2C6E6D3F">
            <w:pPr>
              <w:rPr>
                <w:sz w:val="15"/>
                <w:szCs w:val="15"/>
              </w:rPr>
            </w:pPr>
          </w:p>
        </w:tc>
        <w:tc>
          <w:tcPr>
            <w:tcW w:w="1782" w:type="dxa"/>
            <w:tcMar/>
          </w:tcPr>
          <w:p w:rsidR="000A2E87" w:rsidP="68F72208" w:rsidRDefault="00636324" w14:paraId="5A0E0DD5" w14:textId="0CB7957A">
            <w:pPr>
              <w:rPr>
                <w:sz w:val="15"/>
                <w:szCs w:val="15"/>
              </w:rPr>
            </w:pPr>
          </w:p>
        </w:tc>
        <w:tc>
          <w:tcPr>
            <w:tcW w:w="1782" w:type="dxa"/>
            <w:tcMar/>
          </w:tcPr>
          <w:p w:rsidR="000A2E87" w:rsidP="68F72208" w:rsidRDefault="00636324" w14:paraId="683585B5" w14:textId="45C9B384">
            <w:pPr>
              <w:rPr>
                <w:sz w:val="15"/>
                <w:szCs w:val="15"/>
              </w:rPr>
            </w:pPr>
          </w:p>
        </w:tc>
      </w:tr>
      <w:tr w:rsidR="000A2E87" w:rsidTr="68F72208" w14:paraId="37F3AB29" w14:textId="77777777">
        <w:trPr>
          <w:jc w:val="center"/>
        </w:trPr>
        <w:tc>
          <w:tcPr>
            <w:tcW w:w="1782" w:type="dxa"/>
            <w:tcMar/>
          </w:tcPr>
          <w:p w:rsidR="000A2E87" w:rsidP="68F72208" w:rsidRDefault="00636324" w14:paraId="7D4D5BE8" w14:textId="5BAF82B8">
            <w:pPr>
              <w:rPr>
                <w:sz w:val="15"/>
                <w:szCs w:val="15"/>
              </w:rPr>
            </w:pPr>
          </w:p>
        </w:tc>
        <w:tc>
          <w:tcPr>
            <w:tcW w:w="1782" w:type="dxa"/>
            <w:tcMar/>
          </w:tcPr>
          <w:p w:rsidR="000A2E87" w:rsidP="68F72208" w:rsidRDefault="00636324" w14:paraId="1BCBC6F9" w14:textId="6F9AC062">
            <w:pPr>
              <w:rPr>
                <w:sz w:val="15"/>
                <w:szCs w:val="15"/>
              </w:rPr>
            </w:pPr>
          </w:p>
        </w:tc>
        <w:tc>
          <w:tcPr>
            <w:tcW w:w="1782" w:type="dxa"/>
            <w:tcMar/>
          </w:tcPr>
          <w:p w:rsidR="000A2E87" w:rsidP="68F72208" w:rsidRDefault="00636324" w14:paraId="739D0350" w14:textId="423EC234">
            <w:pPr>
              <w:rPr>
                <w:sz w:val="15"/>
                <w:szCs w:val="15"/>
              </w:rPr>
            </w:pPr>
          </w:p>
        </w:tc>
        <w:tc>
          <w:tcPr>
            <w:tcW w:w="1782" w:type="dxa"/>
            <w:tcMar/>
          </w:tcPr>
          <w:p w:rsidR="000A2E87" w:rsidP="68F72208" w:rsidRDefault="00636324" w14:paraId="6995117E" w14:textId="7902C77B">
            <w:pPr>
              <w:rPr>
                <w:sz w:val="15"/>
                <w:szCs w:val="15"/>
              </w:rPr>
            </w:pPr>
          </w:p>
        </w:tc>
        <w:tc>
          <w:tcPr>
            <w:tcW w:w="1782" w:type="dxa"/>
            <w:tcMar/>
          </w:tcPr>
          <w:p w:rsidR="000A2E87" w:rsidP="68F72208" w:rsidRDefault="00636324" w14:paraId="16CCEB50" w14:textId="02F4FDEB">
            <w:pPr>
              <w:rPr>
                <w:sz w:val="14"/>
                <w:szCs w:val="14"/>
              </w:rPr>
            </w:pPr>
          </w:p>
        </w:tc>
        <w:tc>
          <w:tcPr>
            <w:tcW w:w="1782" w:type="dxa"/>
            <w:tcMar/>
          </w:tcPr>
          <w:p w:rsidR="000A2E87" w:rsidP="68F72208" w:rsidRDefault="00636324" w14:paraId="4E6C1C0D" w14:textId="3F1A205D">
            <w:pPr>
              <w:rPr>
                <w:sz w:val="15"/>
                <w:szCs w:val="15"/>
              </w:rPr>
            </w:pPr>
          </w:p>
        </w:tc>
        <w:tc>
          <w:tcPr>
            <w:tcW w:w="1782" w:type="dxa"/>
            <w:tcMar/>
          </w:tcPr>
          <w:p w:rsidR="000A2E87" w:rsidP="68F72208" w:rsidRDefault="00636324" w14:paraId="247CFD36" w14:textId="62DAD185">
            <w:pPr>
              <w:rPr>
                <w:sz w:val="15"/>
                <w:szCs w:val="15"/>
              </w:rPr>
            </w:pPr>
          </w:p>
        </w:tc>
        <w:tc>
          <w:tcPr>
            <w:tcW w:w="1782" w:type="dxa"/>
            <w:tcMar/>
          </w:tcPr>
          <w:p w:rsidR="000A2E87" w:rsidP="68F72208" w:rsidRDefault="00636324" w14:paraId="6A0AB5F7" w14:textId="7C35A94E">
            <w:pPr>
              <w:rPr>
                <w:sz w:val="15"/>
                <w:szCs w:val="15"/>
              </w:rPr>
            </w:pPr>
          </w:p>
        </w:tc>
      </w:tr>
    </w:tbl>
    <w:p w:rsidR="000A2E87" w:rsidP="68F72208" w:rsidRDefault="00636324" w14:paraId="19FA02FD" w14:textId="77777777">
      <w:pPr>
        <w:pStyle w:val="Heading2"/>
        <w:rPr>
          <w:color w:val="92D050"/>
        </w:rPr>
      </w:pPr>
      <w:r w:rsidRPr="68F72208" w:rsidR="559D73F8">
        <w:rPr>
          <w:color w:val="92D050"/>
        </w:rPr>
        <w:t>Actions Required / Committee Checklist</w:t>
      </w:r>
    </w:p>
    <w:tbl>
      <w:tblPr>
        <w:tblStyle w:val="TableGrid"/>
        <w:tblW w:w="0" w:type="auto"/>
        <w:jc w:val="center"/>
        <w:tblLook w:val="04A0" w:firstRow="1" w:lastRow="0" w:firstColumn="1" w:lastColumn="0" w:noHBand="0" w:noVBand="1"/>
      </w:tblPr>
      <w:tblGrid>
        <w:gridCol w:w="3564"/>
        <w:gridCol w:w="3564"/>
        <w:gridCol w:w="3564"/>
        <w:gridCol w:w="3564"/>
      </w:tblGrid>
      <w:tr w:rsidR="000A2E87" w:rsidTr="68F72208" w14:paraId="12EF1E67" w14:textId="77777777">
        <w:trPr>
          <w:jc w:val="center"/>
        </w:trPr>
        <w:tc>
          <w:tcPr>
            <w:tcW w:w="3564" w:type="dxa"/>
            <w:shd w:val="clear" w:color="auto" w:fill="92D050"/>
            <w:tcMar/>
          </w:tcPr>
          <w:p w:rsidR="000A2E87" w:rsidP="68F72208" w:rsidRDefault="00636324" w14:paraId="27515524" w14:textId="77777777">
            <w:pPr>
              <w:rPr>
                <w:b w:val="1"/>
                <w:bCs w:val="1"/>
                <w:color w:val="92D050"/>
                <w:sz w:val="16"/>
                <w:szCs w:val="16"/>
              </w:rPr>
            </w:pPr>
            <w:r w:rsidRPr="68F72208" w:rsidR="559D73F8">
              <w:rPr>
                <w:b w:val="1"/>
                <w:bCs w:val="1"/>
                <w:color w:val="92D050"/>
                <w:sz w:val="16"/>
                <w:szCs w:val="16"/>
              </w:rPr>
              <w:t>Action Required</w:t>
            </w:r>
          </w:p>
        </w:tc>
        <w:tc>
          <w:tcPr>
            <w:tcW w:w="3564" w:type="dxa"/>
            <w:shd w:val="clear" w:color="auto" w:fill="92D050"/>
            <w:tcMar/>
          </w:tcPr>
          <w:p w:rsidR="000A2E87" w:rsidP="68F72208" w:rsidRDefault="00636324" w14:paraId="763C0683" w14:textId="77777777">
            <w:pPr>
              <w:rPr>
                <w:b w:val="1"/>
                <w:bCs w:val="1"/>
                <w:color w:val="92D050"/>
                <w:sz w:val="16"/>
                <w:szCs w:val="16"/>
              </w:rPr>
            </w:pPr>
            <w:r w:rsidRPr="68F72208" w:rsidR="559D73F8">
              <w:rPr>
                <w:b w:val="1"/>
                <w:bCs w:val="1"/>
                <w:color w:val="92D050"/>
                <w:sz w:val="16"/>
                <w:szCs w:val="16"/>
              </w:rPr>
              <w:t>Who is responsible?</w:t>
            </w:r>
          </w:p>
        </w:tc>
        <w:tc>
          <w:tcPr>
            <w:tcW w:w="3564" w:type="dxa"/>
            <w:shd w:val="clear" w:color="auto" w:fill="92D050"/>
            <w:tcMar/>
          </w:tcPr>
          <w:p w:rsidR="000A2E87" w:rsidP="68F72208" w:rsidRDefault="00636324" w14:paraId="77D2D7E2" w14:textId="77777777">
            <w:pPr>
              <w:rPr>
                <w:b w:val="1"/>
                <w:bCs w:val="1"/>
                <w:color w:val="92D050"/>
                <w:sz w:val="16"/>
                <w:szCs w:val="16"/>
              </w:rPr>
            </w:pPr>
            <w:r w:rsidRPr="68F72208" w:rsidR="559D73F8">
              <w:rPr>
                <w:b w:val="1"/>
                <w:bCs w:val="1"/>
                <w:color w:val="92D050"/>
                <w:sz w:val="16"/>
                <w:szCs w:val="16"/>
              </w:rPr>
              <w:t>By when?</w:t>
            </w:r>
          </w:p>
        </w:tc>
        <w:tc>
          <w:tcPr>
            <w:tcW w:w="3564" w:type="dxa"/>
            <w:shd w:val="clear" w:color="auto" w:fill="92D050"/>
            <w:tcMar/>
          </w:tcPr>
          <w:p w:rsidR="000A2E87" w:rsidP="68F72208" w:rsidRDefault="00636324" w14:paraId="6EB0E286" w14:textId="77777777">
            <w:pPr>
              <w:rPr>
                <w:b w:val="1"/>
                <w:bCs w:val="1"/>
                <w:color w:val="92D050"/>
                <w:sz w:val="16"/>
                <w:szCs w:val="16"/>
              </w:rPr>
            </w:pPr>
            <w:r w:rsidRPr="68F72208" w:rsidR="559D73F8">
              <w:rPr>
                <w:b w:val="1"/>
                <w:bCs w:val="1"/>
                <w:color w:val="92D050"/>
                <w:sz w:val="16"/>
                <w:szCs w:val="16"/>
              </w:rPr>
              <w:t>Completed / Notes</w:t>
            </w:r>
          </w:p>
        </w:tc>
      </w:tr>
      <w:tr w:rsidR="000A2E87" w:rsidTr="68F72208" w14:paraId="76207FF6" w14:textId="77777777">
        <w:trPr>
          <w:jc w:val="center"/>
        </w:trPr>
        <w:tc>
          <w:tcPr>
            <w:tcW w:w="3564" w:type="dxa"/>
            <w:tcMar/>
          </w:tcPr>
          <w:p w:rsidR="000A2E87" w:rsidRDefault="00636324" w14:paraId="7A6E024C" w14:textId="77777777">
            <w:r>
              <w:rPr>
                <w:sz w:val="16"/>
              </w:rPr>
              <w:t>Confirm the room booking is suitable for the planned activity, expected numbers, seating layout and any presentation equipment</w:t>
            </w:r>
          </w:p>
        </w:tc>
        <w:tc>
          <w:tcPr>
            <w:tcW w:w="3564" w:type="dxa"/>
            <w:tcMar/>
          </w:tcPr>
          <w:p w:rsidR="000A2E87" w:rsidRDefault="00636324" w14:paraId="695B163E" w14:textId="77777777">
            <w:r>
              <w:rPr>
                <w:sz w:val="16"/>
              </w:rPr>
              <w:t>Committee</w:t>
            </w:r>
          </w:p>
        </w:tc>
        <w:tc>
          <w:tcPr>
            <w:tcW w:w="3564" w:type="dxa"/>
            <w:tcMar/>
          </w:tcPr>
          <w:p w:rsidR="000A2E87" w:rsidRDefault="00636324" w14:paraId="66713372" w14:textId="77777777">
            <w:r>
              <w:rPr>
                <w:sz w:val="16"/>
              </w:rPr>
              <w:t>Before each event is promoted</w:t>
            </w:r>
          </w:p>
        </w:tc>
        <w:tc>
          <w:tcPr>
            <w:tcW w:w="3564" w:type="dxa"/>
            <w:tcMar/>
          </w:tcPr>
          <w:p w:rsidR="000A2E87" w:rsidRDefault="000A2E87" w14:paraId="1FCF7DF9" w14:textId="77777777"/>
        </w:tc>
      </w:tr>
      <w:tr w:rsidR="000A2E87" w:rsidTr="68F72208" w14:paraId="1848B481" w14:textId="77777777">
        <w:trPr>
          <w:jc w:val="center"/>
        </w:trPr>
        <w:tc>
          <w:tcPr>
            <w:tcW w:w="3564" w:type="dxa"/>
            <w:tcMar/>
          </w:tcPr>
          <w:p w:rsidR="000A2E87" w:rsidP="68F72208" w:rsidRDefault="00636324" w14:paraId="57D9FDA5" w14:textId="2275167E">
            <w:pPr>
              <w:rPr>
                <w:sz w:val="16"/>
                <w:szCs w:val="16"/>
              </w:rPr>
            </w:pPr>
          </w:p>
        </w:tc>
        <w:tc>
          <w:tcPr>
            <w:tcW w:w="3564" w:type="dxa"/>
            <w:tcMar/>
          </w:tcPr>
          <w:p w:rsidR="000A2E87" w:rsidP="68F72208" w:rsidRDefault="00636324" w14:paraId="60E497C1" w14:textId="1D561A3D">
            <w:pPr>
              <w:rPr>
                <w:sz w:val="16"/>
                <w:szCs w:val="16"/>
              </w:rPr>
            </w:pPr>
          </w:p>
        </w:tc>
        <w:tc>
          <w:tcPr>
            <w:tcW w:w="3564" w:type="dxa"/>
            <w:tcMar/>
          </w:tcPr>
          <w:p w:rsidR="000A2E87" w:rsidP="68F72208" w:rsidRDefault="00636324" w14:paraId="3C9EA7C5" w14:textId="1E7169D5">
            <w:pPr>
              <w:rPr>
                <w:sz w:val="16"/>
                <w:szCs w:val="16"/>
              </w:rPr>
            </w:pPr>
          </w:p>
        </w:tc>
        <w:tc>
          <w:tcPr>
            <w:tcW w:w="3564" w:type="dxa"/>
            <w:tcMar/>
          </w:tcPr>
          <w:p w:rsidR="000A2E87" w:rsidRDefault="000A2E87" w14:paraId="2D97168C" w14:textId="77777777"/>
        </w:tc>
      </w:tr>
      <w:tr w:rsidR="000A2E87" w:rsidTr="68F72208" w14:paraId="0331256E" w14:textId="77777777">
        <w:trPr>
          <w:jc w:val="center"/>
        </w:trPr>
        <w:tc>
          <w:tcPr>
            <w:tcW w:w="3564" w:type="dxa"/>
            <w:tcMar/>
          </w:tcPr>
          <w:p w:rsidR="000A2E87" w:rsidP="68F72208" w:rsidRDefault="00636324" w14:paraId="384182D1" w14:textId="54FF1FA1">
            <w:pPr>
              <w:rPr>
                <w:sz w:val="16"/>
                <w:szCs w:val="16"/>
              </w:rPr>
            </w:pPr>
          </w:p>
        </w:tc>
        <w:tc>
          <w:tcPr>
            <w:tcW w:w="3564" w:type="dxa"/>
            <w:tcMar/>
          </w:tcPr>
          <w:p w:rsidR="000A2E87" w:rsidP="68F72208" w:rsidRDefault="00636324" w14:paraId="4444707B" w14:textId="1382E8B2">
            <w:pPr>
              <w:rPr>
                <w:sz w:val="16"/>
                <w:szCs w:val="16"/>
              </w:rPr>
            </w:pPr>
          </w:p>
        </w:tc>
        <w:tc>
          <w:tcPr>
            <w:tcW w:w="3564" w:type="dxa"/>
            <w:tcMar/>
          </w:tcPr>
          <w:p w:rsidR="000A2E87" w:rsidP="68F72208" w:rsidRDefault="00636324" w14:paraId="109BEF62" w14:textId="1A7B0ECF">
            <w:pPr>
              <w:rPr>
                <w:sz w:val="16"/>
                <w:szCs w:val="16"/>
              </w:rPr>
            </w:pPr>
          </w:p>
        </w:tc>
        <w:tc>
          <w:tcPr>
            <w:tcW w:w="3564" w:type="dxa"/>
            <w:tcMar/>
          </w:tcPr>
          <w:p w:rsidR="000A2E87" w:rsidRDefault="000A2E87" w14:paraId="493B4E21" w14:textId="77777777"/>
        </w:tc>
      </w:tr>
      <w:tr w:rsidR="000A2E87" w:rsidTr="68F72208" w14:paraId="0A657E37" w14:textId="77777777">
        <w:trPr>
          <w:jc w:val="center"/>
        </w:trPr>
        <w:tc>
          <w:tcPr>
            <w:tcW w:w="3564" w:type="dxa"/>
            <w:tcMar/>
          </w:tcPr>
          <w:p w:rsidR="000A2E87" w:rsidP="68F72208" w:rsidRDefault="00636324" w14:paraId="0F758D7C" w14:textId="03AC5248">
            <w:pPr>
              <w:rPr>
                <w:sz w:val="16"/>
                <w:szCs w:val="16"/>
              </w:rPr>
            </w:pPr>
          </w:p>
        </w:tc>
        <w:tc>
          <w:tcPr>
            <w:tcW w:w="3564" w:type="dxa"/>
            <w:tcMar/>
          </w:tcPr>
          <w:p w:rsidR="000A2E87" w:rsidP="68F72208" w:rsidRDefault="00636324" w14:paraId="2BC17B15" w14:textId="0ED1187B">
            <w:pPr>
              <w:rPr>
                <w:sz w:val="16"/>
                <w:szCs w:val="16"/>
              </w:rPr>
            </w:pPr>
          </w:p>
        </w:tc>
        <w:tc>
          <w:tcPr>
            <w:tcW w:w="3564" w:type="dxa"/>
            <w:tcMar/>
          </w:tcPr>
          <w:p w:rsidR="000A2E87" w:rsidP="68F72208" w:rsidRDefault="00636324" w14:paraId="389BA57A" w14:textId="09EE327F">
            <w:pPr>
              <w:rPr>
                <w:sz w:val="16"/>
                <w:szCs w:val="16"/>
              </w:rPr>
            </w:pPr>
          </w:p>
        </w:tc>
        <w:tc>
          <w:tcPr>
            <w:tcW w:w="3564" w:type="dxa"/>
            <w:tcMar/>
          </w:tcPr>
          <w:p w:rsidR="000A2E87" w:rsidRDefault="000A2E87" w14:paraId="462812C9" w14:textId="77777777"/>
        </w:tc>
      </w:tr>
      <w:tr w:rsidR="000A2E87" w:rsidTr="68F72208" w14:paraId="3C79E05E" w14:textId="77777777">
        <w:trPr>
          <w:jc w:val="center"/>
        </w:trPr>
        <w:tc>
          <w:tcPr>
            <w:tcW w:w="3564" w:type="dxa"/>
            <w:tcMar/>
          </w:tcPr>
          <w:p w:rsidR="000A2E87" w:rsidP="68F72208" w:rsidRDefault="00636324" w14:paraId="72A7CB9C" w14:textId="4A998FEF">
            <w:pPr>
              <w:rPr>
                <w:sz w:val="16"/>
                <w:szCs w:val="16"/>
              </w:rPr>
            </w:pPr>
          </w:p>
        </w:tc>
        <w:tc>
          <w:tcPr>
            <w:tcW w:w="3564" w:type="dxa"/>
            <w:tcMar/>
          </w:tcPr>
          <w:p w:rsidR="000A2E87" w:rsidP="68F72208" w:rsidRDefault="00636324" w14:paraId="2A3B1264" w14:textId="67D8E585">
            <w:pPr>
              <w:rPr>
                <w:sz w:val="16"/>
                <w:szCs w:val="16"/>
              </w:rPr>
            </w:pPr>
          </w:p>
        </w:tc>
        <w:tc>
          <w:tcPr>
            <w:tcW w:w="3564" w:type="dxa"/>
            <w:tcMar/>
          </w:tcPr>
          <w:p w:rsidR="000A2E87" w:rsidP="68F72208" w:rsidRDefault="00636324" w14:paraId="373D3D67" w14:textId="542931FF">
            <w:pPr>
              <w:rPr>
                <w:sz w:val="16"/>
                <w:szCs w:val="16"/>
              </w:rPr>
            </w:pPr>
          </w:p>
        </w:tc>
        <w:tc>
          <w:tcPr>
            <w:tcW w:w="3564" w:type="dxa"/>
            <w:tcMar/>
          </w:tcPr>
          <w:p w:rsidR="000A2E87" w:rsidRDefault="000A2E87" w14:paraId="43695F4D" w14:textId="77777777"/>
        </w:tc>
      </w:tr>
      <w:tr w:rsidR="000A2E87" w:rsidTr="68F72208" w14:paraId="3EBCE99D" w14:textId="77777777">
        <w:trPr>
          <w:jc w:val="center"/>
        </w:trPr>
        <w:tc>
          <w:tcPr>
            <w:tcW w:w="3564" w:type="dxa"/>
            <w:tcMar/>
          </w:tcPr>
          <w:p w:rsidR="000A2E87" w:rsidP="68F72208" w:rsidRDefault="00636324" w14:paraId="2AA1565C" w14:textId="00CE953B">
            <w:pPr>
              <w:rPr>
                <w:sz w:val="16"/>
                <w:szCs w:val="16"/>
              </w:rPr>
            </w:pPr>
          </w:p>
        </w:tc>
        <w:tc>
          <w:tcPr>
            <w:tcW w:w="3564" w:type="dxa"/>
            <w:tcMar/>
          </w:tcPr>
          <w:p w:rsidR="000A2E87" w:rsidP="68F72208" w:rsidRDefault="00636324" w14:paraId="0A7AC398" w14:textId="31BDB6DE">
            <w:pPr>
              <w:rPr>
                <w:sz w:val="16"/>
                <w:szCs w:val="16"/>
              </w:rPr>
            </w:pPr>
          </w:p>
        </w:tc>
        <w:tc>
          <w:tcPr>
            <w:tcW w:w="3564" w:type="dxa"/>
            <w:tcMar/>
          </w:tcPr>
          <w:p w:rsidR="000A2E87" w:rsidP="68F72208" w:rsidRDefault="00636324" w14:paraId="22AE4C3A" w14:textId="07641389">
            <w:pPr>
              <w:rPr>
                <w:sz w:val="16"/>
                <w:szCs w:val="16"/>
              </w:rPr>
            </w:pPr>
          </w:p>
        </w:tc>
        <w:tc>
          <w:tcPr>
            <w:tcW w:w="3564" w:type="dxa"/>
            <w:tcMar/>
          </w:tcPr>
          <w:p w:rsidR="000A2E87" w:rsidRDefault="000A2E87" w14:paraId="13AF14C8" w14:textId="77777777"/>
        </w:tc>
      </w:tr>
    </w:tbl>
    <w:p w:rsidR="00636324" w:rsidRDefault="00636324" w14:paraId="705B0546" w14:textId="77777777"/>
    <w:sectPr w:rsidR="00636324"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306931725">
    <w:abstractNumId w:val="8"/>
  </w:num>
  <w:num w:numId="2" w16cid:durableId="1969434943">
    <w:abstractNumId w:val="6"/>
  </w:num>
  <w:num w:numId="3" w16cid:durableId="592856730">
    <w:abstractNumId w:val="5"/>
  </w:num>
  <w:num w:numId="4" w16cid:durableId="1653408798">
    <w:abstractNumId w:val="4"/>
  </w:num>
  <w:num w:numId="5" w16cid:durableId="1042024560">
    <w:abstractNumId w:val="7"/>
  </w:num>
  <w:num w:numId="6" w16cid:durableId="1093742013">
    <w:abstractNumId w:val="3"/>
  </w:num>
  <w:num w:numId="7" w16cid:durableId="1698696516">
    <w:abstractNumId w:val="2"/>
  </w:num>
  <w:num w:numId="8" w16cid:durableId="1819566915">
    <w:abstractNumId w:val="1"/>
  </w:num>
  <w:num w:numId="9" w16cid:durableId="1193445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2E87"/>
    <w:rsid w:val="0015074B"/>
    <w:rsid w:val="0029639D"/>
    <w:rsid w:val="002E411F"/>
    <w:rsid w:val="00326F90"/>
    <w:rsid w:val="00636324"/>
    <w:rsid w:val="00A82AD9"/>
    <w:rsid w:val="00AA1D8D"/>
    <w:rsid w:val="00B47730"/>
    <w:rsid w:val="00CB0664"/>
    <w:rsid w:val="00FC693F"/>
    <w:rsid w:val="01C0D350"/>
    <w:rsid w:val="04DEF52D"/>
    <w:rsid w:val="08E0CC6C"/>
    <w:rsid w:val="095EBF36"/>
    <w:rsid w:val="2566910F"/>
    <w:rsid w:val="29B039F5"/>
    <w:rsid w:val="29FBF8AC"/>
    <w:rsid w:val="2A045C3E"/>
    <w:rsid w:val="2C7FA439"/>
    <w:rsid w:val="420AA5C2"/>
    <w:rsid w:val="4215F9C0"/>
    <w:rsid w:val="45397D2B"/>
    <w:rsid w:val="45EA5563"/>
    <w:rsid w:val="4B5B24DF"/>
    <w:rsid w:val="4C24532F"/>
    <w:rsid w:val="4CBFBE07"/>
    <w:rsid w:val="4E09FBCA"/>
    <w:rsid w:val="559D73F8"/>
    <w:rsid w:val="5EAB3623"/>
    <w:rsid w:val="61C7F55F"/>
    <w:rsid w:val="68F72208"/>
    <w:rsid w:val="6D58A5C9"/>
    <w:rsid w:val="700DA81A"/>
    <w:rsid w:val="72CF19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8A3346"/>
  <w14:defaultImageDpi w14:val="300"/>
  <w15:docId w15:val="{CF762F03-60E3-4E17-9882-1C267DCA42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4FE4570C675B544A909F50F81D18019" ma:contentTypeVersion="11" ma:contentTypeDescription="Create a new document." ma:contentTypeScope="" ma:versionID="d56c9bbaace4bcf0cfa87cb981f00a30">
  <xsd:schema xmlns:xsd="http://www.w3.org/2001/XMLSchema" xmlns:xs="http://www.w3.org/2001/XMLSchema" xmlns:p="http://schemas.microsoft.com/office/2006/metadata/properties" xmlns:ns2="064e8850-4037-4fe9-af26-2a09cd9ea294" targetNamespace="http://schemas.microsoft.com/office/2006/metadata/properties" ma:root="true" ma:fieldsID="5df96c531858de03040f2941a0186286" ns2:_="">
    <xsd:import namespace="064e8850-4037-4fe9-af26-2a09cd9ea2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e8850-4037-4fe9-af26-2a09cd9ea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120b35-882c-4334-ae05-9f21b613b3f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4e8850-4037-4fe9-af26-2a09cd9ea2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52BB8E2-B89F-4518-AE64-A172008249FE}"/>
</file>

<file path=customXml/itemProps3.xml><?xml version="1.0" encoding="utf-8"?>
<ds:datastoreItem xmlns:ds="http://schemas.openxmlformats.org/officeDocument/2006/customXml" ds:itemID="{3B021ACF-5A65-4803-9C73-7BD4C17F85DD}">
  <ds:schemaRefs>
    <ds:schemaRef ds:uri="http://schemas.microsoft.com/sharepoint/v3/contenttype/forms"/>
  </ds:schemaRefs>
</ds:datastoreItem>
</file>

<file path=customXml/itemProps4.xml><?xml version="1.0" encoding="utf-8"?>
<ds:datastoreItem xmlns:ds="http://schemas.openxmlformats.org/officeDocument/2006/customXml" ds:itemID="{1EB7AE7A-09DD-4CBE-9E76-14920A30C41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GONZALEZ SANTANA, CLAUDIA</lastModifiedBy>
  <revision>4</revision>
  <dcterms:created xsi:type="dcterms:W3CDTF">2026-07-09T06:41:00.0000000Z</dcterms:created>
  <dcterms:modified xsi:type="dcterms:W3CDTF">2026-10-07T14:21:15.5364145Z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0x010100C4FE4570C675B544A909F50F81D18019</vt:lpwstr>
  </property>
  <property fmtid="{D5CDD505-2E9C-101B-9397-08002B2CF9AE}" pid="3" name="Order">
    <vt:r8>1900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